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E4FA8" w14:textId="289C04B6" w:rsidR="0079055D" w:rsidRPr="00D67A4A" w:rsidRDefault="00F244A9" w:rsidP="0079055D">
      <w:pPr>
        <w:pStyle w:val="Titre"/>
        <w:rPr>
          <w:sz w:val="32"/>
          <w:szCs w:val="32"/>
        </w:rPr>
      </w:pPr>
      <w:r w:rsidRPr="00D67A4A">
        <w:rPr>
          <w:noProof/>
        </w:rPr>
        <w:drawing>
          <wp:inline distT="0" distB="0" distL="0" distR="0" wp14:anchorId="3834D653" wp14:editId="5E0EF9FA">
            <wp:extent cx="1924149" cy="977950"/>
            <wp:effectExtent l="0" t="0" r="0" b="0"/>
            <wp:docPr id="928604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604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24149" cy="9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055D" w:rsidRPr="00D67A4A">
        <w:br/>
      </w:r>
    </w:p>
    <w:p w14:paraId="71178659" w14:textId="268FB1CB" w:rsidR="00410841" w:rsidRPr="00D67A4A" w:rsidRDefault="00F20BEB" w:rsidP="00F20BEB">
      <w:pPr>
        <w:pStyle w:val="Titre"/>
        <w:jc w:val="center"/>
        <w:rPr>
          <w:rFonts w:ascii="Arial" w:hAnsi="Arial" w:cs="Arial"/>
          <w:sz w:val="40"/>
          <w:szCs w:val="40"/>
        </w:rPr>
      </w:pPr>
      <w:r w:rsidRPr="00D67A4A">
        <w:rPr>
          <w:rFonts w:ascii="Arial" w:hAnsi="Arial" w:cs="Arial"/>
          <w:sz w:val="40"/>
          <w:szCs w:val="40"/>
        </w:rPr>
        <w:t>Application for Tuition Fee Waiver</w:t>
      </w:r>
    </w:p>
    <w:p w14:paraId="2E8A0AC1" w14:textId="5E35B3F6" w:rsidR="00410841" w:rsidRPr="00D67A4A" w:rsidRDefault="00F20BEB" w:rsidP="00F244A9">
      <w:pPr>
        <w:pStyle w:val="Titre1"/>
        <w:jc w:val="center"/>
        <w:rPr>
          <w:rFonts w:ascii="Arial" w:hAnsi="Arial" w:cs="Arial"/>
        </w:rPr>
      </w:pPr>
      <w:r w:rsidRPr="00D67A4A">
        <w:rPr>
          <w:rFonts w:ascii="Arial" w:hAnsi="Arial" w:cs="Arial"/>
        </w:rPr>
        <w:t>Tuition Fee Waiver Committee – Sciences Po Grenoble UGA</w:t>
      </w:r>
    </w:p>
    <w:p w14:paraId="159C561C" w14:textId="4C89D9BF" w:rsidR="00410841" w:rsidRPr="00D67A4A" w:rsidRDefault="00DB6273" w:rsidP="00F244A9">
      <w:pPr>
        <w:jc w:val="center"/>
        <w:rPr>
          <w:rFonts w:ascii="Arial" w:hAnsi="Arial" w:cs="Arial"/>
        </w:rPr>
      </w:pPr>
      <w:r w:rsidRPr="00D67A4A">
        <w:rPr>
          <w:rFonts w:ascii="Arial" w:hAnsi="Arial" w:cs="Arial"/>
          <w:highlight w:val="yellow"/>
        </w:rPr>
        <w:t>D</w:t>
      </w:r>
      <w:r w:rsidR="00585A06" w:rsidRPr="00D67A4A">
        <w:rPr>
          <w:rFonts w:ascii="Arial" w:hAnsi="Arial" w:cs="Arial"/>
          <w:highlight w:val="yellow"/>
        </w:rPr>
        <w:t>ate</w:t>
      </w:r>
      <w:r w:rsidR="00F20BEB" w:rsidRPr="00D67A4A">
        <w:rPr>
          <w:rFonts w:ascii="Arial" w:hAnsi="Arial" w:cs="Arial"/>
          <w:highlight w:val="yellow"/>
        </w:rPr>
        <w:t>: October 13</w:t>
      </w:r>
      <w:r w:rsidR="00F20BEB" w:rsidRPr="00D67A4A">
        <w:rPr>
          <w:rFonts w:ascii="Arial" w:hAnsi="Arial" w:cs="Arial"/>
          <w:highlight w:val="yellow"/>
          <w:vertAlign w:val="superscript"/>
        </w:rPr>
        <w:t>th</w:t>
      </w:r>
      <w:r w:rsidR="00F20BEB" w:rsidRPr="00D67A4A">
        <w:rPr>
          <w:rFonts w:ascii="Arial" w:hAnsi="Arial" w:cs="Arial"/>
          <w:highlight w:val="yellow"/>
        </w:rPr>
        <w:t>, 2026</w:t>
      </w:r>
    </w:p>
    <w:tbl>
      <w:tblPr>
        <w:tblW w:w="9075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5"/>
      </w:tblGrid>
      <w:tr w:rsidR="00F244A9" w:rsidRPr="00D67A4A" w14:paraId="3F2F8209" w14:textId="77777777" w:rsidTr="00F244A9">
        <w:trPr>
          <w:trHeight w:val="5880"/>
        </w:trPr>
        <w:tc>
          <w:tcPr>
            <w:tcW w:w="9075" w:type="dxa"/>
          </w:tcPr>
          <w:p w14:paraId="340BFA6E" w14:textId="67EF3661" w:rsidR="00585A06" w:rsidRPr="00D67A4A" w:rsidRDefault="00585A06" w:rsidP="00585A06">
            <w:pPr>
              <w:pStyle w:val="Titre1"/>
              <w:jc w:val="both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u w:val="single"/>
              </w:rPr>
            </w:pPr>
            <w:r w:rsidRPr="00D67A4A">
              <w:rPr>
                <w:rFonts w:ascii="Segoe UI Emoji" w:hAnsi="Segoe UI Emoji" w:cs="Segoe UI Emoji"/>
                <w:b w:val="0"/>
                <w:bCs w:val="0"/>
                <w:color w:val="auto"/>
                <w:sz w:val="24"/>
                <w:szCs w:val="24"/>
              </w:rPr>
              <w:t>⚠️</w:t>
            </w:r>
            <w:r w:rsidR="00F20BEB"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F20BEB" w:rsidRPr="00D67A4A"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  <w:t>REMINDER: ELIGIBILITY CONDITIONS</w:t>
            </w:r>
          </w:p>
          <w:p w14:paraId="4F6D104A" w14:textId="0188EE68" w:rsidR="00585A06" w:rsidRPr="00D67A4A" w:rsidRDefault="00585A06" w:rsidP="00585A06">
            <w:pPr>
              <w:pStyle w:val="Titre1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- Th</w:t>
            </w:r>
            <w:r w:rsidR="00F20BEB"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e student must pay the CVEC fee (or provide proof of exemption).</w:t>
            </w:r>
          </w:p>
          <w:p w14:paraId="5DC2C2CB" w14:textId="25F062E7" w:rsidR="00F20BEB" w:rsidRPr="00D67A4A" w:rsidRDefault="00585A06" w:rsidP="00585A06">
            <w:pPr>
              <w:rPr>
                <w:rFonts w:ascii="Arial" w:eastAsiaTheme="majorEastAsia" w:hAnsi="Arial" w:cs="Arial"/>
                <w:b/>
                <w:bCs/>
                <w:sz w:val="24"/>
                <w:szCs w:val="24"/>
              </w:rPr>
            </w:pPr>
            <w:r w:rsidRPr="00D67A4A">
              <w:t xml:space="preserve">-  </w:t>
            </w:r>
            <w:r w:rsidR="00F20BEB" w:rsidRPr="00D67A4A">
              <w:rPr>
                <w:rFonts w:ascii="Arial" w:eastAsiaTheme="majorEastAsia" w:hAnsi="Arial" w:cs="Arial"/>
                <w:sz w:val="24"/>
                <w:szCs w:val="24"/>
              </w:rPr>
              <w:t xml:space="preserve">All students may apply for full or partial exemption, except: </w:t>
            </w:r>
            <w:r w:rsidRPr="00D67A4A">
              <w:rPr>
                <w:rFonts w:ascii="Arial" w:eastAsiaTheme="majorEastAsia" w:hAnsi="Arial" w:cs="Arial"/>
                <w:sz w:val="24"/>
                <w:szCs w:val="24"/>
              </w:rPr>
              <w:br/>
              <w:t xml:space="preserve">        • th</w:t>
            </w:r>
            <w:r w:rsidR="00F20BEB" w:rsidRPr="00D67A4A">
              <w:rPr>
                <w:rFonts w:ascii="Arial" w:eastAsiaTheme="majorEastAsia" w:hAnsi="Arial" w:cs="Arial"/>
                <w:sz w:val="24"/>
                <w:szCs w:val="24"/>
              </w:rPr>
              <w:t>ose enrolled in continuing education programs</w:t>
            </w:r>
            <w:r w:rsidRPr="00D67A4A">
              <w:rPr>
                <w:rFonts w:ascii="Arial" w:eastAsiaTheme="majorEastAsia" w:hAnsi="Arial" w:cs="Arial"/>
                <w:sz w:val="24"/>
                <w:szCs w:val="24"/>
              </w:rPr>
              <w:br/>
              <w:t xml:space="preserve">        • s</w:t>
            </w:r>
            <w:r w:rsidR="00F20BEB" w:rsidRPr="00D67A4A">
              <w:rPr>
                <w:rFonts w:ascii="Arial" w:eastAsiaTheme="majorEastAsia" w:hAnsi="Arial" w:cs="Arial"/>
                <w:sz w:val="24"/>
                <w:szCs w:val="24"/>
              </w:rPr>
              <w:t>tudents who already hold a degree equivalent to a master's level.</w:t>
            </w:r>
          </w:p>
          <w:p w14:paraId="3C7C3609" w14:textId="77777777" w:rsidR="00F20BEB" w:rsidRPr="00D67A4A" w:rsidRDefault="00F20BEB" w:rsidP="00F20BEB">
            <w:pPr>
              <w:pStyle w:val="Titre1"/>
              <w:ind w:left="90"/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</w:pPr>
            <w:r w:rsidRPr="00D67A4A"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  <w:t>MANDATORY INSTRUCTIONS BEFORE SUBMISSION</w:t>
            </w:r>
          </w:p>
          <w:p w14:paraId="0431DB14" w14:textId="66982CB6" w:rsidR="00F20BEB" w:rsidRPr="00D67A4A" w:rsidRDefault="00F20BEB" w:rsidP="00F20BEB">
            <w:pPr>
              <w:pStyle w:val="Titre1"/>
              <w:ind w:left="90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D67A4A">
              <w:rPr>
                <w:rFonts w:ascii="Segoe UI Symbol" w:hAnsi="Segoe UI Symbol" w:cs="Segoe UI Symbol"/>
                <w:b w:val="0"/>
                <w:bCs w:val="0"/>
                <w:color w:val="auto"/>
                <w:sz w:val="24"/>
                <w:szCs w:val="24"/>
              </w:rPr>
              <w:t>☑</w:t>
            </w:r>
            <w:r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Deadline: </w:t>
            </w:r>
            <w:r w:rsidR="00585A06" w:rsidRPr="00D67A4A">
              <w:rPr>
                <w:rFonts w:ascii="Arial" w:hAnsi="Arial" w:cs="Arial"/>
                <w:b w:val="0"/>
                <w:bCs w:val="0"/>
                <w:color w:val="C00000"/>
                <w:sz w:val="24"/>
                <w:szCs w:val="24"/>
              </w:rPr>
              <w:t>s</w:t>
            </w:r>
            <w:r w:rsidRPr="00D67A4A">
              <w:rPr>
                <w:rFonts w:ascii="Arial" w:hAnsi="Arial" w:cs="Arial"/>
                <w:b w:val="0"/>
                <w:bCs w:val="0"/>
                <w:color w:val="C00000"/>
                <w:sz w:val="24"/>
                <w:szCs w:val="24"/>
              </w:rPr>
              <w:t>ubmit by September 19, 2026</w:t>
            </w:r>
            <w:r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br/>
            </w:r>
            <w:r w:rsidRPr="00D67A4A">
              <w:rPr>
                <w:rFonts w:ascii="Segoe UI Symbol" w:hAnsi="Segoe UI Symbol" w:cs="Segoe UI Symbol"/>
                <w:b w:val="0"/>
                <w:bCs w:val="0"/>
                <w:color w:val="auto"/>
                <w:sz w:val="24"/>
                <w:szCs w:val="24"/>
              </w:rPr>
              <w:t>☑</w:t>
            </w:r>
            <w:r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Order of documents: Ensure the file is clear and logically organized</w:t>
            </w:r>
            <w:r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br/>
            </w:r>
            <w:r w:rsidRPr="00D67A4A">
              <w:rPr>
                <w:rFonts w:ascii="Segoe UI Symbol" w:hAnsi="Segoe UI Symbol" w:cs="Segoe UI Symbol"/>
                <w:b w:val="0"/>
                <w:bCs w:val="0"/>
                <w:color w:val="auto"/>
                <w:sz w:val="24"/>
                <w:szCs w:val="24"/>
              </w:rPr>
              <w:t>☑</w:t>
            </w:r>
            <w:r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Submission email: Send to </w:t>
            </w:r>
            <w:hyperlink r:id="rId9" w:tgtFrame="_blank" w:history="1">
              <w:r w:rsidRPr="00D67A4A">
                <w:rPr>
                  <w:rStyle w:val="Lienhypertexte"/>
                  <w:rFonts w:ascii="Arial" w:hAnsi="Arial" w:cs="Arial"/>
                  <w:b w:val="0"/>
                  <w:bCs w:val="0"/>
                  <w:color w:val="auto"/>
                  <w:sz w:val="24"/>
                  <w:szCs w:val="24"/>
                  <w:u w:val="none"/>
                </w:rPr>
                <w:t>contact-aidesociale@iepg.fr</w:t>
              </w:r>
            </w:hyperlink>
            <w:r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br/>
            </w:r>
            <w:r w:rsidRPr="00D67A4A">
              <w:rPr>
                <w:rFonts w:ascii="Segoe UI Symbol" w:hAnsi="Segoe UI Symbol" w:cs="Segoe UI Symbol"/>
                <w:b w:val="0"/>
                <w:bCs w:val="0"/>
                <w:color w:val="auto"/>
                <w:sz w:val="24"/>
                <w:szCs w:val="24"/>
              </w:rPr>
              <w:t>☑</w:t>
            </w:r>
            <w:r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Email subject: </w:t>
            </w:r>
            <w:r w:rsidRPr="00D67A4A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"Dossier commission </w:t>
            </w:r>
            <w:proofErr w:type="spellStart"/>
            <w:r w:rsidRPr="00D67A4A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4"/>
                <w:szCs w:val="24"/>
              </w:rPr>
              <w:t>d’exonération</w:t>
            </w:r>
            <w:proofErr w:type="spellEnd"/>
            <w:r w:rsidRPr="00D67A4A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67A4A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4"/>
                <w:szCs w:val="24"/>
              </w:rPr>
              <w:t>rentrée</w:t>
            </w:r>
            <w:proofErr w:type="spellEnd"/>
            <w:r w:rsidRPr="00D67A4A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 2026-2027"</w:t>
            </w:r>
            <w:r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br/>
            </w:r>
            <w:r w:rsidRPr="00D67A4A">
              <w:rPr>
                <w:rFonts w:ascii="Segoe UI Symbol" w:hAnsi="Segoe UI Symbol" w:cs="Segoe UI Symbol"/>
                <w:b w:val="0"/>
                <w:bCs w:val="0"/>
                <w:color w:val="auto"/>
                <w:sz w:val="24"/>
                <w:szCs w:val="24"/>
              </w:rPr>
              <w:t>☑</w:t>
            </w:r>
            <w:r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PDF filename: </w:t>
            </w:r>
            <w:r w:rsidRPr="00D67A4A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4"/>
                <w:szCs w:val="24"/>
              </w:rPr>
              <w:t>LASTNAME_FirstName_EXO2026</w:t>
            </w:r>
          </w:p>
          <w:p w14:paraId="61A2D76E" w14:textId="2C26E705" w:rsidR="00F244A9" w:rsidRPr="00D67A4A" w:rsidRDefault="00F20BEB" w:rsidP="00585A06">
            <w:pPr>
              <w:pStyle w:val="Titre1"/>
              <w:ind w:left="9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The application must be submitted </w:t>
            </w:r>
            <w:r w:rsidRPr="00D67A4A"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  <w:t>as a single PDF</w:t>
            </w:r>
            <w:r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file containing:</w:t>
            </w:r>
            <w:r w:rsidR="00585A06"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br/>
              <w:t xml:space="preserve">- </w:t>
            </w:r>
            <w:r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The completed form</w:t>
            </w:r>
            <w:r w:rsidR="00585A06"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br/>
              <w:t xml:space="preserve">- </w:t>
            </w:r>
            <w:r w:rsidRPr="00D67A4A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All supporting documents</w:t>
            </w:r>
          </w:p>
        </w:tc>
      </w:tr>
    </w:tbl>
    <w:p w14:paraId="79E91A79" w14:textId="4E491CAE" w:rsidR="00410841" w:rsidRPr="00D67A4A" w:rsidRDefault="00DB6273" w:rsidP="00C71A5A">
      <w:pPr>
        <w:jc w:val="center"/>
        <w:rPr>
          <w:rFonts w:ascii="Arial" w:hAnsi="Arial" w:cs="Arial"/>
          <w:b/>
          <w:bCs/>
        </w:rPr>
      </w:pPr>
      <w:r w:rsidRPr="00D67A4A">
        <w:rPr>
          <w:rFonts w:ascii="Arial" w:hAnsi="Arial" w:cs="Arial"/>
        </w:rPr>
        <w:br/>
      </w:r>
      <w:r w:rsidR="00D67A4A">
        <w:rPr>
          <w:rFonts w:ascii="Arial" w:hAnsi="Arial" w:cs="Arial"/>
          <w:b/>
          <w:bCs/>
        </w:rPr>
        <w:t>Any application submitted in this format will be automatically rejected</w:t>
      </w:r>
    </w:p>
    <w:p w14:paraId="36E0908B" w14:textId="77777777" w:rsidR="00C71A5A" w:rsidRDefault="00C71A5A" w:rsidP="00C71A5A">
      <w:pPr>
        <w:jc w:val="center"/>
        <w:rPr>
          <w:rFonts w:ascii="Arial" w:hAnsi="Arial" w:cs="Arial"/>
        </w:rPr>
      </w:pPr>
    </w:p>
    <w:p w14:paraId="4D9165AA" w14:textId="77777777" w:rsidR="001B2FF6" w:rsidRPr="00D67A4A" w:rsidRDefault="001B2FF6" w:rsidP="00C71A5A">
      <w:pPr>
        <w:jc w:val="center"/>
        <w:rPr>
          <w:rFonts w:ascii="Arial" w:hAnsi="Arial" w:cs="Arial"/>
        </w:rPr>
      </w:pPr>
    </w:p>
    <w:p w14:paraId="7EA98731" w14:textId="32FEB6FC" w:rsidR="00410841" w:rsidRPr="00D67A4A" w:rsidRDefault="008C4A27">
      <w:pPr>
        <w:pStyle w:val="Titre1"/>
        <w:rPr>
          <w:rFonts w:ascii="Arial" w:hAnsi="Arial" w:cs="Arial"/>
        </w:rPr>
      </w:pPr>
      <w:r w:rsidRPr="00D67A4A">
        <w:rPr>
          <w:rFonts w:ascii="Arial" w:hAnsi="Arial" w:cs="Arial"/>
        </w:rPr>
        <w:lastRenderedPageBreak/>
        <w:t xml:space="preserve">STUDENT </w:t>
      </w:r>
      <w:r w:rsidR="00DB6273" w:rsidRPr="00D67A4A">
        <w:rPr>
          <w:rFonts w:ascii="Arial" w:hAnsi="Arial" w:cs="Arial"/>
        </w:rPr>
        <w:t>IDENTI</w:t>
      </w:r>
      <w:r w:rsidRPr="00D67A4A">
        <w:rPr>
          <w:rFonts w:ascii="Arial" w:hAnsi="Arial" w:cs="Arial"/>
        </w:rPr>
        <w:t>TY</w:t>
      </w:r>
    </w:p>
    <w:p w14:paraId="48B47117" w14:textId="618F5E89" w:rsidR="00410841" w:rsidRPr="00D67A4A" w:rsidRDefault="00DB6273">
      <w:pPr>
        <w:rPr>
          <w:rFonts w:ascii="Arial" w:hAnsi="Arial" w:cs="Arial"/>
        </w:rPr>
      </w:pPr>
      <w:r w:rsidRPr="00D67A4A">
        <w:rPr>
          <w:rFonts w:ascii="Segoe UI Symbol" w:hAnsi="Segoe UI Symbol" w:cs="Segoe UI Symbol"/>
        </w:rPr>
        <w:t>☐</w:t>
      </w:r>
      <w:r w:rsidRPr="00D67A4A">
        <w:rPr>
          <w:rFonts w:ascii="Arial" w:hAnsi="Arial" w:cs="Arial"/>
        </w:rPr>
        <w:t xml:space="preserve"> </w:t>
      </w:r>
      <w:r w:rsidR="008C4A27" w:rsidRPr="00D67A4A">
        <w:rPr>
          <w:rFonts w:ascii="Arial" w:hAnsi="Arial" w:cs="Arial"/>
        </w:rPr>
        <w:t>Ms.</w:t>
      </w:r>
      <w:r w:rsidRPr="00D67A4A">
        <w:rPr>
          <w:rFonts w:ascii="Arial" w:hAnsi="Arial" w:cs="Arial"/>
        </w:rPr>
        <w:t xml:space="preserve">    </w:t>
      </w:r>
      <w:r w:rsidRPr="00D67A4A">
        <w:rPr>
          <w:rFonts w:ascii="Segoe UI Symbol" w:hAnsi="Segoe UI Symbol" w:cs="Segoe UI Symbol"/>
        </w:rPr>
        <w:t>☐</w:t>
      </w:r>
      <w:r w:rsidRPr="00D67A4A">
        <w:rPr>
          <w:rFonts w:ascii="Arial" w:hAnsi="Arial" w:cs="Arial"/>
        </w:rPr>
        <w:t xml:space="preserve"> M</w:t>
      </w:r>
      <w:r w:rsidR="008C4A27" w:rsidRPr="00D67A4A">
        <w:rPr>
          <w:rFonts w:ascii="Arial" w:hAnsi="Arial" w:cs="Arial"/>
        </w:rPr>
        <w:t xml:space="preserve">r. </w:t>
      </w:r>
    </w:p>
    <w:p w14:paraId="4D6356CC" w14:textId="45240361" w:rsidR="00410841" w:rsidRPr="00D67A4A" w:rsidRDefault="008C4A27">
      <w:pPr>
        <w:rPr>
          <w:rFonts w:ascii="Arial" w:hAnsi="Arial" w:cs="Arial"/>
        </w:rPr>
      </w:pPr>
      <w:r w:rsidRPr="00D67A4A">
        <w:rPr>
          <w:rFonts w:ascii="Arial" w:hAnsi="Arial" w:cs="Arial"/>
        </w:rPr>
        <w:t xml:space="preserve">Surname </w:t>
      </w:r>
      <w:r w:rsidR="00D67A4A">
        <w:rPr>
          <w:rFonts w:ascii="Arial" w:hAnsi="Arial" w:cs="Arial"/>
        </w:rPr>
        <w:t xml:space="preserve">at </w:t>
      </w:r>
      <w:r w:rsidRPr="00D67A4A">
        <w:rPr>
          <w:rFonts w:ascii="Arial" w:hAnsi="Arial" w:cs="Arial"/>
        </w:rPr>
        <w:t>birth</w:t>
      </w:r>
      <w:r w:rsidR="00DB6273" w:rsidRPr="00D67A4A">
        <w:rPr>
          <w:rFonts w:ascii="Arial" w:hAnsi="Arial" w:cs="Arial"/>
        </w:rPr>
        <w:t>: ................................................</w:t>
      </w:r>
    </w:p>
    <w:p w14:paraId="7705A8F9" w14:textId="3FAC4FE4" w:rsidR="00410841" w:rsidRPr="00D67A4A" w:rsidRDefault="008C4A27">
      <w:pPr>
        <w:rPr>
          <w:rFonts w:ascii="Arial" w:hAnsi="Arial" w:cs="Arial"/>
        </w:rPr>
      </w:pPr>
      <w:r w:rsidRPr="00D67A4A">
        <w:rPr>
          <w:rFonts w:ascii="Arial" w:hAnsi="Arial" w:cs="Arial"/>
        </w:rPr>
        <w:t>First name</w:t>
      </w:r>
      <w:r w:rsidR="00DB6273" w:rsidRPr="00D67A4A">
        <w:rPr>
          <w:rFonts w:ascii="Arial" w:hAnsi="Arial" w:cs="Arial"/>
        </w:rPr>
        <w:t>: ................................................</w:t>
      </w:r>
    </w:p>
    <w:p w14:paraId="2F3042A2" w14:textId="7AC682B3" w:rsidR="00410841" w:rsidRPr="00D67A4A" w:rsidRDefault="00D67A4A">
      <w:pPr>
        <w:rPr>
          <w:rFonts w:ascii="Arial" w:hAnsi="Arial" w:cs="Arial"/>
        </w:rPr>
      </w:pPr>
      <w:r>
        <w:rPr>
          <w:rFonts w:ascii="Arial" w:hAnsi="Arial" w:cs="Arial"/>
        </w:rPr>
        <w:t>Surn</w:t>
      </w:r>
      <w:r w:rsidR="00924047" w:rsidRPr="00D67A4A">
        <w:rPr>
          <w:rFonts w:ascii="Arial" w:hAnsi="Arial" w:cs="Arial"/>
        </w:rPr>
        <w:t>ame</w:t>
      </w:r>
      <w:r>
        <w:rPr>
          <w:rFonts w:ascii="Arial" w:hAnsi="Arial" w:cs="Arial"/>
        </w:rPr>
        <w:t xml:space="preserve"> in current use (if different to surname at birth)</w:t>
      </w:r>
      <w:r w:rsidR="00DB6273" w:rsidRPr="00D67A4A">
        <w:rPr>
          <w:rFonts w:ascii="Arial" w:hAnsi="Arial" w:cs="Arial"/>
        </w:rPr>
        <w:t>: ................................................</w:t>
      </w:r>
    </w:p>
    <w:p w14:paraId="69790329" w14:textId="118D027D" w:rsidR="00410841" w:rsidRPr="00D67A4A" w:rsidRDefault="001F16FC">
      <w:pPr>
        <w:rPr>
          <w:rFonts w:ascii="Arial" w:hAnsi="Arial" w:cs="Arial"/>
        </w:rPr>
      </w:pPr>
      <w:r w:rsidRPr="00D67A4A">
        <w:rPr>
          <w:rFonts w:ascii="Arial" w:hAnsi="Arial" w:cs="Arial"/>
        </w:rPr>
        <w:t>Nationality</w:t>
      </w:r>
      <w:r w:rsidR="00DB6273" w:rsidRPr="00D67A4A">
        <w:rPr>
          <w:rFonts w:ascii="Arial" w:hAnsi="Arial" w:cs="Arial"/>
        </w:rPr>
        <w:t>: ................................................</w:t>
      </w:r>
    </w:p>
    <w:p w14:paraId="5B853666" w14:textId="77777777" w:rsidR="00D67D60" w:rsidRPr="00D67A4A" w:rsidRDefault="00D67D60">
      <w:pPr>
        <w:rPr>
          <w:rFonts w:ascii="Arial" w:hAnsi="Arial" w:cs="Arial"/>
          <w:sz w:val="10"/>
          <w:szCs w:val="10"/>
        </w:rPr>
      </w:pPr>
    </w:p>
    <w:p w14:paraId="627B3294" w14:textId="3F9BCDCD" w:rsidR="00410841" w:rsidRPr="00D67A4A" w:rsidRDefault="00D67D60">
      <w:pPr>
        <w:pStyle w:val="Titre2"/>
        <w:rPr>
          <w:rFonts w:ascii="Arial" w:hAnsi="Arial" w:cs="Arial"/>
        </w:rPr>
      </w:pPr>
      <w:r w:rsidRPr="00D67A4A">
        <w:rPr>
          <w:rFonts w:ascii="Arial" w:hAnsi="Arial" w:cs="Arial"/>
        </w:rPr>
        <w:t>BIRTH</w:t>
      </w:r>
    </w:p>
    <w:p w14:paraId="2B504D2E" w14:textId="05ECFFC5" w:rsidR="00410841" w:rsidRPr="00D67A4A" w:rsidRDefault="00DB6273">
      <w:pPr>
        <w:rPr>
          <w:rFonts w:ascii="Arial" w:hAnsi="Arial" w:cs="Arial"/>
        </w:rPr>
      </w:pPr>
      <w:r w:rsidRPr="00D67A4A">
        <w:rPr>
          <w:rFonts w:ascii="Arial" w:hAnsi="Arial" w:cs="Arial"/>
        </w:rPr>
        <w:t>Date: |__|__| / |__|__| / |__|__|__|__|</w:t>
      </w:r>
    </w:p>
    <w:p w14:paraId="42ADA964" w14:textId="12DD86CF" w:rsidR="00410841" w:rsidRPr="00D67A4A" w:rsidRDefault="00D67D60">
      <w:pPr>
        <w:rPr>
          <w:rFonts w:ascii="Arial" w:hAnsi="Arial" w:cs="Arial"/>
        </w:rPr>
      </w:pPr>
      <w:r w:rsidRPr="00D67A4A">
        <w:rPr>
          <w:rFonts w:ascii="Arial" w:hAnsi="Arial" w:cs="Arial"/>
        </w:rPr>
        <w:t>Country</w:t>
      </w:r>
      <w:r w:rsidR="00DB6273" w:rsidRPr="00D67A4A">
        <w:rPr>
          <w:rFonts w:ascii="Arial" w:hAnsi="Arial" w:cs="Arial"/>
        </w:rPr>
        <w:t>: ................................................</w:t>
      </w:r>
    </w:p>
    <w:p w14:paraId="1B482657" w14:textId="5B91BDC8" w:rsidR="00410841" w:rsidRPr="00D67A4A" w:rsidRDefault="00D67D60">
      <w:pPr>
        <w:rPr>
          <w:rFonts w:ascii="Arial" w:hAnsi="Arial" w:cs="Arial"/>
        </w:rPr>
      </w:pPr>
      <w:r w:rsidRPr="00D67A4A">
        <w:rPr>
          <w:rFonts w:ascii="Arial" w:hAnsi="Arial" w:cs="Arial"/>
        </w:rPr>
        <w:t>City</w:t>
      </w:r>
      <w:r w:rsidR="00DB6273" w:rsidRPr="00D67A4A">
        <w:rPr>
          <w:rFonts w:ascii="Arial" w:hAnsi="Arial" w:cs="Arial"/>
        </w:rPr>
        <w:t>: ................................................</w:t>
      </w:r>
    </w:p>
    <w:p w14:paraId="39F3963F" w14:textId="68AD3F3E" w:rsidR="00410841" w:rsidRPr="00D67A4A" w:rsidRDefault="00D67D60">
      <w:pPr>
        <w:rPr>
          <w:rFonts w:ascii="Arial" w:hAnsi="Arial" w:cs="Arial"/>
        </w:rPr>
      </w:pPr>
      <w:r w:rsidRPr="00D67A4A">
        <w:rPr>
          <w:rFonts w:ascii="Arial" w:hAnsi="Arial" w:cs="Arial"/>
        </w:rPr>
        <w:t>County/district</w:t>
      </w:r>
      <w:r w:rsidR="00DB6273" w:rsidRPr="00D67A4A">
        <w:rPr>
          <w:rFonts w:ascii="Arial" w:hAnsi="Arial" w:cs="Arial"/>
        </w:rPr>
        <w:t xml:space="preserve">: </w:t>
      </w:r>
      <w:r w:rsidR="00D67A4A" w:rsidRPr="00D67A4A">
        <w:rPr>
          <w:rFonts w:ascii="Arial" w:hAnsi="Arial" w:cs="Arial"/>
        </w:rPr>
        <w:t>...............................................</w:t>
      </w:r>
    </w:p>
    <w:p w14:paraId="20F9F694" w14:textId="77777777" w:rsidR="00D67D60" w:rsidRPr="00D67A4A" w:rsidRDefault="00D67D60">
      <w:pPr>
        <w:rPr>
          <w:rFonts w:ascii="Arial" w:hAnsi="Arial" w:cs="Arial"/>
          <w:sz w:val="10"/>
          <w:szCs w:val="10"/>
        </w:rPr>
      </w:pPr>
    </w:p>
    <w:p w14:paraId="50D7C308" w14:textId="2188AB56" w:rsidR="00410841" w:rsidRPr="00D67A4A" w:rsidRDefault="00DB6273">
      <w:pPr>
        <w:pStyle w:val="Titre2"/>
        <w:rPr>
          <w:rFonts w:ascii="Arial" w:hAnsi="Arial" w:cs="Arial"/>
        </w:rPr>
      </w:pPr>
      <w:r w:rsidRPr="00D67A4A">
        <w:rPr>
          <w:rFonts w:ascii="Arial" w:hAnsi="Arial" w:cs="Arial"/>
        </w:rPr>
        <w:t>AD</w:t>
      </w:r>
      <w:r w:rsidR="00D67D60" w:rsidRPr="00D67A4A">
        <w:rPr>
          <w:rFonts w:ascii="Arial" w:hAnsi="Arial" w:cs="Arial"/>
        </w:rPr>
        <w:t>D</w:t>
      </w:r>
      <w:r w:rsidRPr="00D67A4A">
        <w:rPr>
          <w:rFonts w:ascii="Arial" w:hAnsi="Arial" w:cs="Arial"/>
        </w:rPr>
        <w:t>RESS</w:t>
      </w:r>
    </w:p>
    <w:p w14:paraId="0061E313" w14:textId="010243F7" w:rsidR="00410841" w:rsidRPr="00D67A4A" w:rsidRDefault="00D67A4A">
      <w:pPr>
        <w:rPr>
          <w:rFonts w:ascii="Arial" w:hAnsi="Arial" w:cs="Arial"/>
        </w:rPr>
      </w:pPr>
      <w:r>
        <w:rPr>
          <w:rFonts w:ascii="Arial" w:hAnsi="Arial" w:cs="Arial"/>
        </w:rPr>
        <w:t>Number and street</w:t>
      </w:r>
      <w:r w:rsidR="00DB6273" w:rsidRPr="00D67A4A">
        <w:rPr>
          <w:rFonts w:ascii="Arial" w:hAnsi="Arial" w:cs="Arial"/>
        </w:rPr>
        <w:t>: ................................................</w:t>
      </w:r>
    </w:p>
    <w:p w14:paraId="46510939" w14:textId="518D7709" w:rsidR="00410841" w:rsidRPr="00D67A4A" w:rsidRDefault="00D67D60">
      <w:pPr>
        <w:rPr>
          <w:rFonts w:ascii="Arial" w:hAnsi="Arial" w:cs="Arial"/>
        </w:rPr>
      </w:pPr>
      <w:r w:rsidRPr="00D67A4A">
        <w:rPr>
          <w:rFonts w:ascii="Arial" w:hAnsi="Arial" w:cs="Arial"/>
        </w:rPr>
        <w:t>City</w:t>
      </w:r>
      <w:r w:rsidR="00DB6273" w:rsidRPr="00D67A4A">
        <w:rPr>
          <w:rFonts w:ascii="Arial" w:hAnsi="Arial" w:cs="Arial"/>
        </w:rPr>
        <w:t>: ................................................</w:t>
      </w:r>
    </w:p>
    <w:p w14:paraId="2DDBA7D3" w14:textId="7BB2BEC5" w:rsidR="00410841" w:rsidRPr="00D67A4A" w:rsidRDefault="00D67D60">
      <w:pPr>
        <w:rPr>
          <w:rFonts w:ascii="Arial" w:hAnsi="Arial" w:cs="Arial"/>
        </w:rPr>
      </w:pPr>
      <w:r w:rsidRPr="00D67A4A">
        <w:rPr>
          <w:rFonts w:ascii="Arial" w:hAnsi="Arial" w:cs="Arial"/>
        </w:rPr>
        <w:t>Postal code</w:t>
      </w:r>
      <w:r w:rsidR="00DB6273" w:rsidRPr="00D67A4A">
        <w:rPr>
          <w:rFonts w:ascii="Arial" w:hAnsi="Arial" w:cs="Arial"/>
        </w:rPr>
        <w:t>: |__|__|__|__|__|</w:t>
      </w:r>
    </w:p>
    <w:p w14:paraId="5EC222E4" w14:textId="3D4658F5" w:rsidR="00410841" w:rsidRPr="00D67A4A" w:rsidRDefault="00D67D60">
      <w:pPr>
        <w:rPr>
          <w:rFonts w:ascii="Arial" w:hAnsi="Arial" w:cs="Arial"/>
          <w:sz w:val="10"/>
          <w:szCs w:val="10"/>
        </w:rPr>
      </w:pPr>
      <w:r w:rsidRPr="00D67A4A">
        <w:rPr>
          <w:rFonts w:ascii="Arial" w:hAnsi="Arial" w:cs="Arial"/>
        </w:rPr>
        <w:t>Country</w:t>
      </w:r>
      <w:r w:rsidR="00DB6273" w:rsidRPr="00D67A4A">
        <w:rPr>
          <w:rFonts w:ascii="Arial" w:hAnsi="Arial" w:cs="Arial"/>
        </w:rPr>
        <w:t>: ................................................</w:t>
      </w:r>
      <w:r w:rsidRPr="00D67A4A">
        <w:rPr>
          <w:rFonts w:ascii="Arial" w:hAnsi="Arial" w:cs="Arial"/>
        </w:rPr>
        <w:br/>
      </w:r>
    </w:p>
    <w:p w14:paraId="58C16B7B" w14:textId="77777777" w:rsidR="00410841" w:rsidRPr="00D67A4A" w:rsidRDefault="00DB6273">
      <w:pPr>
        <w:pStyle w:val="Titre2"/>
        <w:rPr>
          <w:rFonts w:ascii="Arial" w:hAnsi="Arial" w:cs="Arial"/>
        </w:rPr>
      </w:pPr>
      <w:r w:rsidRPr="00D67A4A">
        <w:rPr>
          <w:rFonts w:ascii="Arial" w:hAnsi="Arial" w:cs="Arial"/>
        </w:rPr>
        <w:t>CONTACT</w:t>
      </w:r>
    </w:p>
    <w:p w14:paraId="0F4521AE" w14:textId="7B1E30F0" w:rsidR="00410841" w:rsidRPr="00D67A4A" w:rsidRDefault="00D67D60">
      <w:pPr>
        <w:rPr>
          <w:rFonts w:ascii="Arial" w:hAnsi="Arial" w:cs="Arial"/>
        </w:rPr>
      </w:pPr>
      <w:r w:rsidRPr="00D67A4A">
        <w:rPr>
          <w:rFonts w:ascii="Arial" w:hAnsi="Arial" w:cs="Arial"/>
        </w:rPr>
        <w:t>Phone</w:t>
      </w:r>
      <w:r w:rsidR="00D67A4A">
        <w:rPr>
          <w:rFonts w:ascii="Arial" w:hAnsi="Arial" w:cs="Arial"/>
        </w:rPr>
        <w:t xml:space="preserve"> (with country code)</w:t>
      </w:r>
      <w:r w:rsidR="00DB6273" w:rsidRPr="00D67A4A">
        <w:rPr>
          <w:rFonts w:ascii="Arial" w:hAnsi="Arial" w:cs="Arial"/>
        </w:rPr>
        <w:t>:</w:t>
      </w:r>
      <w:r w:rsidR="00D67A4A" w:rsidRPr="00D67A4A">
        <w:rPr>
          <w:rFonts w:ascii="Arial" w:hAnsi="Arial" w:cs="Arial"/>
        </w:rPr>
        <w:t>................................................</w:t>
      </w:r>
    </w:p>
    <w:p w14:paraId="6A29DB70" w14:textId="76209266" w:rsidR="00410841" w:rsidRPr="00D67A4A" w:rsidRDefault="00DB6273">
      <w:pPr>
        <w:rPr>
          <w:rFonts w:ascii="Arial" w:hAnsi="Arial" w:cs="Arial"/>
        </w:rPr>
      </w:pPr>
      <w:r w:rsidRPr="00D67A4A">
        <w:rPr>
          <w:rFonts w:ascii="Arial" w:hAnsi="Arial" w:cs="Arial"/>
        </w:rPr>
        <w:t>E-mail: ................................................</w:t>
      </w:r>
    </w:p>
    <w:p w14:paraId="62D43F9C" w14:textId="33E14837" w:rsidR="00410841" w:rsidRPr="00D67A4A" w:rsidRDefault="00D67D60" w:rsidP="00D67D60">
      <w:pPr>
        <w:pStyle w:val="Titre2"/>
        <w:rPr>
          <w:rFonts w:ascii="Arial" w:hAnsi="Arial" w:cs="Arial"/>
          <w:sz w:val="24"/>
          <w:szCs w:val="24"/>
        </w:rPr>
      </w:pPr>
      <w:r w:rsidRPr="00D67A4A">
        <w:rPr>
          <w:rFonts w:ascii="Arial" w:hAnsi="Arial" w:cs="Arial"/>
          <w:sz w:val="24"/>
          <w:szCs w:val="24"/>
        </w:rPr>
        <w:br/>
      </w:r>
      <w:r w:rsidRPr="00D67A4A">
        <w:rPr>
          <w:rFonts w:ascii="Arial" w:hAnsi="Arial" w:cs="Arial"/>
          <w:sz w:val="28"/>
          <w:szCs w:val="28"/>
        </w:rPr>
        <w:t>UNIVERSITY STATUS</w:t>
      </w:r>
    </w:p>
    <w:p w14:paraId="4495F786" w14:textId="4DCC0F56" w:rsidR="00F244A9" w:rsidRPr="00D67A4A" w:rsidRDefault="00D67D60">
      <w:pPr>
        <w:rPr>
          <w:rFonts w:ascii="Arial" w:hAnsi="Arial" w:cs="Arial"/>
        </w:rPr>
      </w:pPr>
      <w:r w:rsidRPr="00D67A4A">
        <w:rPr>
          <w:rFonts w:ascii="Arial" w:hAnsi="Arial" w:cs="Arial"/>
        </w:rPr>
        <w:t>Student number</w:t>
      </w:r>
      <w:r w:rsidR="00DB6273" w:rsidRPr="00D67A4A">
        <w:rPr>
          <w:rFonts w:ascii="Arial" w:hAnsi="Arial" w:cs="Arial"/>
        </w:rPr>
        <w:t>: |__|__|__|__|__|__|__|__|</w:t>
      </w:r>
      <w:r w:rsidR="00DB6273" w:rsidRPr="00D67A4A">
        <w:rPr>
          <w:rFonts w:ascii="Arial" w:hAnsi="Arial" w:cs="Arial"/>
        </w:rPr>
        <w:br/>
      </w:r>
      <w:r w:rsidRPr="00D67A4A">
        <w:rPr>
          <w:rFonts w:ascii="Arial" w:hAnsi="Arial" w:cs="Arial"/>
        </w:rPr>
        <w:t>Year of enrollment</w:t>
      </w:r>
      <w:r w:rsidR="00DB6273" w:rsidRPr="00D67A4A">
        <w:rPr>
          <w:rFonts w:ascii="Arial" w:hAnsi="Arial" w:cs="Arial"/>
        </w:rPr>
        <w:t xml:space="preserve">: </w:t>
      </w:r>
      <w:r w:rsidR="00C1014D" w:rsidRPr="00D67A4A">
        <w:rPr>
          <w:rFonts w:ascii="Segoe UI Symbol" w:hAnsi="Segoe UI Symbol" w:cs="Segoe UI Symbol"/>
        </w:rPr>
        <w:t>☐</w:t>
      </w:r>
      <w:r w:rsidR="00C1014D" w:rsidRPr="00D67A4A">
        <w:rPr>
          <w:rFonts w:ascii="Arial" w:hAnsi="Arial" w:cs="Arial"/>
        </w:rPr>
        <w:t xml:space="preserve"> A1 </w:t>
      </w:r>
      <w:r w:rsidR="00C1014D" w:rsidRPr="00D67A4A">
        <w:rPr>
          <w:rFonts w:ascii="Segoe UI Symbol" w:hAnsi="Segoe UI Symbol" w:cs="Segoe UI Symbol"/>
        </w:rPr>
        <w:t>☐</w:t>
      </w:r>
      <w:r w:rsidR="00C1014D" w:rsidRPr="00D67A4A">
        <w:rPr>
          <w:rFonts w:ascii="Arial" w:hAnsi="Arial" w:cs="Arial"/>
        </w:rPr>
        <w:t xml:space="preserve"> A2 </w:t>
      </w:r>
      <w:r w:rsidR="00C1014D" w:rsidRPr="00D67A4A">
        <w:rPr>
          <w:rFonts w:ascii="Segoe UI Symbol" w:hAnsi="Segoe UI Symbol" w:cs="Segoe UI Symbol"/>
        </w:rPr>
        <w:t>☐</w:t>
      </w:r>
      <w:r w:rsidR="00C1014D" w:rsidRPr="00D67A4A">
        <w:rPr>
          <w:rFonts w:ascii="Arial" w:hAnsi="Arial" w:cs="Arial"/>
        </w:rPr>
        <w:t xml:space="preserve"> A3 </w:t>
      </w:r>
      <w:r w:rsidR="00C1014D" w:rsidRPr="00D67A4A">
        <w:rPr>
          <w:rFonts w:ascii="Segoe UI Symbol" w:hAnsi="Segoe UI Symbol" w:cs="Segoe UI Symbol"/>
        </w:rPr>
        <w:t>☐</w:t>
      </w:r>
      <w:r w:rsidR="00C1014D" w:rsidRPr="00D67A4A">
        <w:rPr>
          <w:rFonts w:ascii="Arial" w:hAnsi="Arial" w:cs="Arial"/>
        </w:rPr>
        <w:t xml:space="preserve"> A4 </w:t>
      </w:r>
      <w:r w:rsidR="00C1014D" w:rsidRPr="00D67A4A">
        <w:rPr>
          <w:rFonts w:ascii="Segoe UI Symbol" w:hAnsi="Segoe UI Symbol" w:cs="Segoe UI Symbol"/>
        </w:rPr>
        <w:t>☐</w:t>
      </w:r>
      <w:r w:rsidR="00C1014D" w:rsidRPr="00D67A4A">
        <w:rPr>
          <w:rFonts w:ascii="Arial" w:hAnsi="Arial" w:cs="Arial"/>
        </w:rPr>
        <w:t xml:space="preserve"> A5 </w:t>
      </w:r>
      <w:r w:rsidR="00DB6273" w:rsidRPr="00D67A4A">
        <w:rPr>
          <w:rFonts w:ascii="Arial" w:hAnsi="Arial" w:cs="Arial"/>
        </w:rPr>
        <w:br/>
      </w:r>
      <w:r w:rsidRPr="00D67A4A">
        <w:rPr>
          <w:rFonts w:ascii="Arial" w:hAnsi="Arial" w:cs="Arial"/>
        </w:rPr>
        <w:t>Program/course</w:t>
      </w:r>
      <w:r w:rsidR="00DB6273" w:rsidRPr="00D67A4A">
        <w:rPr>
          <w:rFonts w:ascii="Arial" w:hAnsi="Arial" w:cs="Arial"/>
        </w:rPr>
        <w:t>: ................................................</w:t>
      </w:r>
    </w:p>
    <w:p w14:paraId="03994168" w14:textId="58162B81" w:rsidR="00410841" w:rsidRPr="00D67A4A" w:rsidRDefault="00DB6273">
      <w:pPr>
        <w:rPr>
          <w:rFonts w:ascii="Arial" w:hAnsi="Arial" w:cs="Arial"/>
        </w:rPr>
      </w:pPr>
      <w:r w:rsidRPr="00D67A4A">
        <w:rPr>
          <w:rFonts w:ascii="Segoe UI Symbol" w:hAnsi="Segoe UI Symbol" w:cs="Segoe UI Symbol"/>
        </w:rPr>
        <w:t>☐</w:t>
      </w:r>
      <w:r w:rsidRPr="00D67A4A">
        <w:rPr>
          <w:rFonts w:ascii="Arial" w:hAnsi="Arial" w:cs="Arial"/>
        </w:rPr>
        <w:t xml:space="preserve"> </w:t>
      </w:r>
      <w:r w:rsidR="00B83C44" w:rsidRPr="00D67A4A">
        <w:rPr>
          <w:rFonts w:ascii="Arial" w:hAnsi="Arial" w:cs="Arial"/>
        </w:rPr>
        <w:t>Distance learning</w:t>
      </w:r>
      <w:r w:rsidRPr="00D67A4A">
        <w:rPr>
          <w:rFonts w:ascii="Arial" w:hAnsi="Arial" w:cs="Arial"/>
        </w:rPr>
        <w:t xml:space="preserve">  </w:t>
      </w:r>
      <w:r w:rsidR="00C1014D" w:rsidRPr="00D67A4A">
        <w:rPr>
          <w:rFonts w:ascii="Arial" w:hAnsi="Arial" w:cs="Arial"/>
        </w:rPr>
        <w:br/>
      </w:r>
      <w:r w:rsidR="00B83C44" w:rsidRPr="00D67A4A">
        <w:rPr>
          <w:rFonts w:ascii="Arial" w:hAnsi="Arial" w:cs="Arial"/>
        </w:rPr>
        <w:t>Year of enrollment</w:t>
      </w:r>
      <w:r w:rsidR="00C1014D" w:rsidRPr="00D67A4A">
        <w:rPr>
          <w:rFonts w:ascii="Arial" w:hAnsi="Arial" w:cs="Arial"/>
        </w:rPr>
        <w:t xml:space="preserve"> : </w:t>
      </w:r>
      <w:r w:rsidR="00C1014D" w:rsidRPr="00D67A4A">
        <w:rPr>
          <w:rFonts w:ascii="Segoe UI Symbol" w:hAnsi="Segoe UI Symbol" w:cs="Segoe UI Symbol"/>
        </w:rPr>
        <w:t>☐</w:t>
      </w:r>
      <w:r w:rsidR="00C1014D" w:rsidRPr="00D67A4A">
        <w:rPr>
          <w:rFonts w:ascii="Arial" w:hAnsi="Arial" w:cs="Arial"/>
        </w:rPr>
        <w:t xml:space="preserve"> A1 </w:t>
      </w:r>
      <w:r w:rsidR="00C1014D" w:rsidRPr="00D67A4A">
        <w:rPr>
          <w:rFonts w:ascii="Segoe UI Symbol" w:hAnsi="Segoe UI Symbol" w:cs="Segoe UI Symbol"/>
        </w:rPr>
        <w:t>☐</w:t>
      </w:r>
      <w:r w:rsidR="00C1014D" w:rsidRPr="00D67A4A">
        <w:rPr>
          <w:rFonts w:ascii="Arial" w:hAnsi="Arial" w:cs="Arial"/>
        </w:rPr>
        <w:t xml:space="preserve"> A2 </w:t>
      </w:r>
      <w:r w:rsidR="00C1014D" w:rsidRPr="00D67A4A">
        <w:rPr>
          <w:rFonts w:ascii="Segoe UI Symbol" w:hAnsi="Segoe UI Symbol" w:cs="Segoe UI Symbol"/>
        </w:rPr>
        <w:t>☐</w:t>
      </w:r>
      <w:r w:rsidR="00C1014D" w:rsidRPr="00D67A4A">
        <w:rPr>
          <w:rFonts w:ascii="Arial" w:hAnsi="Arial" w:cs="Arial"/>
        </w:rPr>
        <w:t xml:space="preserve"> A3 </w:t>
      </w:r>
      <w:r w:rsidR="00C1014D" w:rsidRPr="00D67A4A">
        <w:rPr>
          <w:rFonts w:ascii="Segoe UI Symbol" w:hAnsi="Segoe UI Symbol" w:cs="Segoe UI Symbol"/>
        </w:rPr>
        <w:t>☐</w:t>
      </w:r>
      <w:r w:rsidR="00C1014D" w:rsidRPr="00D67A4A">
        <w:rPr>
          <w:rFonts w:ascii="Arial" w:hAnsi="Arial" w:cs="Arial"/>
        </w:rPr>
        <w:t xml:space="preserve"> A4 </w:t>
      </w:r>
      <w:r w:rsidR="00C1014D" w:rsidRPr="00D67A4A">
        <w:rPr>
          <w:rFonts w:ascii="Segoe UI Symbol" w:hAnsi="Segoe UI Symbol" w:cs="Segoe UI Symbol"/>
        </w:rPr>
        <w:t>☐</w:t>
      </w:r>
      <w:r w:rsidR="00C1014D" w:rsidRPr="00D67A4A">
        <w:rPr>
          <w:rFonts w:ascii="Arial" w:hAnsi="Arial" w:cs="Arial"/>
        </w:rPr>
        <w:t xml:space="preserve"> A5</w:t>
      </w:r>
      <w:r w:rsidR="00C1014D" w:rsidRPr="00D67A4A">
        <w:rPr>
          <w:rFonts w:ascii="Arial" w:hAnsi="Arial" w:cs="Arial"/>
        </w:rPr>
        <w:br/>
      </w:r>
      <w:r w:rsidR="00B83C44" w:rsidRPr="00D67A4A">
        <w:rPr>
          <w:rFonts w:ascii="Arial" w:hAnsi="Arial" w:cs="Arial"/>
        </w:rPr>
        <w:t>Program/course</w:t>
      </w:r>
      <w:r w:rsidR="00C1014D" w:rsidRPr="00D67A4A">
        <w:rPr>
          <w:rFonts w:ascii="Arial" w:hAnsi="Arial" w:cs="Arial"/>
        </w:rPr>
        <w:t>: ................................................</w:t>
      </w:r>
    </w:p>
    <w:p w14:paraId="296EDE51" w14:textId="6C4DCC0D" w:rsidR="00410841" w:rsidRPr="00D67A4A" w:rsidRDefault="00330BEA">
      <w:pPr>
        <w:pStyle w:val="Titr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FISCAL</w:t>
      </w:r>
      <w:r w:rsidRPr="00D67A4A">
        <w:rPr>
          <w:rFonts w:ascii="Arial" w:hAnsi="Arial" w:cs="Arial"/>
        </w:rPr>
        <w:t xml:space="preserve"> </w:t>
      </w:r>
      <w:r w:rsidR="007F63A6" w:rsidRPr="00D67A4A">
        <w:rPr>
          <w:rFonts w:ascii="Arial" w:hAnsi="Arial" w:cs="Arial"/>
        </w:rPr>
        <w:t>RESIDENCE</w:t>
      </w:r>
    </w:p>
    <w:p w14:paraId="2CC5FE28" w14:textId="1B048532" w:rsidR="007F63A6" w:rsidRPr="00D67A4A" w:rsidRDefault="00DB6273">
      <w:pPr>
        <w:rPr>
          <w:rFonts w:ascii="Arial" w:hAnsi="Arial" w:cs="Arial"/>
          <w:i/>
          <w:iCs/>
          <w:sz w:val="20"/>
          <w:szCs w:val="20"/>
        </w:rPr>
      </w:pPr>
      <w:r w:rsidRPr="00D67A4A">
        <w:rPr>
          <w:rFonts w:ascii="Segoe UI Symbol" w:hAnsi="Segoe UI Symbol" w:cs="Segoe UI Symbol"/>
        </w:rPr>
        <w:t>☐</w:t>
      </w:r>
      <w:r w:rsidRPr="00D67A4A">
        <w:rPr>
          <w:rFonts w:ascii="Arial" w:hAnsi="Arial" w:cs="Arial"/>
        </w:rPr>
        <w:t xml:space="preserve"> France / EE</w:t>
      </w:r>
      <w:r w:rsidR="007F63A6" w:rsidRPr="00D67A4A">
        <w:rPr>
          <w:rFonts w:ascii="Arial" w:hAnsi="Arial" w:cs="Arial"/>
        </w:rPr>
        <w:t>A</w:t>
      </w:r>
      <w:r w:rsidRPr="00D67A4A">
        <w:rPr>
          <w:rFonts w:ascii="Arial" w:hAnsi="Arial" w:cs="Arial"/>
        </w:rPr>
        <w:br/>
      </w:r>
      <w:r w:rsidRPr="00D67A4A">
        <w:rPr>
          <w:rFonts w:ascii="Segoe UI Symbol" w:hAnsi="Segoe UI Symbol" w:cs="Segoe UI Symbol"/>
        </w:rPr>
        <w:t>☐</w:t>
      </w:r>
      <w:r w:rsidRPr="00D67A4A">
        <w:rPr>
          <w:rFonts w:ascii="Arial" w:hAnsi="Arial" w:cs="Arial"/>
        </w:rPr>
        <w:t xml:space="preserve"> </w:t>
      </w:r>
      <w:r w:rsidR="007F63A6" w:rsidRPr="00D67A4A">
        <w:rPr>
          <w:rFonts w:ascii="Arial" w:hAnsi="Arial" w:cs="Arial"/>
        </w:rPr>
        <w:t>Outside</w:t>
      </w:r>
      <w:r w:rsidRPr="00D67A4A">
        <w:rPr>
          <w:rFonts w:ascii="Arial" w:hAnsi="Arial" w:cs="Arial"/>
        </w:rPr>
        <w:t xml:space="preserve"> EE</w:t>
      </w:r>
      <w:r w:rsidR="007F63A6" w:rsidRPr="00D67A4A">
        <w:rPr>
          <w:rFonts w:ascii="Arial" w:hAnsi="Arial" w:cs="Arial"/>
        </w:rPr>
        <w:t>A</w:t>
      </w:r>
      <w:r w:rsidRPr="00D67A4A">
        <w:rPr>
          <w:rFonts w:ascii="Arial" w:hAnsi="Arial" w:cs="Arial"/>
        </w:rPr>
        <w:br/>
      </w:r>
      <w:r w:rsidRPr="00D67A4A">
        <w:rPr>
          <w:rFonts w:ascii="Segoe UI Symbol" w:hAnsi="Segoe UI Symbol" w:cs="Segoe UI Symbol"/>
        </w:rPr>
        <w:t>☐</w:t>
      </w:r>
      <w:r w:rsidRPr="00D67A4A">
        <w:rPr>
          <w:rFonts w:ascii="Arial" w:hAnsi="Arial" w:cs="Arial"/>
        </w:rPr>
        <w:t xml:space="preserve"> </w:t>
      </w:r>
      <w:r w:rsidR="007F63A6" w:rsidRPr="00D67A4A">
        <w:rPr>
          <w:rFonts w:ascii="Arial" w:hAnsi="Arial" w:cs="Arial"/>
        </w:rPr>
        <w:t>Hybrid situation (separated parents)</w:t>
      </w:r>
      <w:r w:rsidR="00480937" w:rsidRPr="00D67A4A">
        <w:rPr>
          <w:rFonts w:ascii="Arial" w:hAnsi="Arial" w:cs="Arial"/>
        </w:rPr>
        <w:br/>
      </w:r>
      <w:r w:rsidR="00F244A9" w:rsidRPr="00D67A4A">
        <w:rPr>
          <w:rFonts w:ascii="Arial" w:hAnsi="Arial" w:cs="Arial"/>
        </w:rPr>
        <w:br/>
      </w:r>
      <w:r w:rsidR="007F63A6" w:rsidRPr="00D67A4A">
        <w:rPr>
          <w:rFonts w:ascii="Arial" w:hAnsi="Arial" w:cs="Arial"/>
          <w:i/>
          <w:iCs/>
          <w:sz w:val="20"/>
          <w:szCs w:val="20"/>
        </w:rPr>
        <w:t>The European Economic Area (EEA) is an economic zone encompassing the member </w:t>
      </w:r>
      <w:hyperlink r:id="rId10" w:history="1">
        <w:r w:rsidR="007F63A6" w:rsidRPr="00D67A4A">
          <w:rPr>
            <w:rStyle w:val="Lienhypertexte"/>
            <w:rFonts w:ascii="Arial" w:hAnsi="Arial" w:cs="Arial"/>
            <w:i/>
            <w:iCs/>
            <w:sz w:val="20"/>
            <w:szCs w:val="20"/>
          </w:rPr>
          <w:t>countries of the European Union (EU)</w:t>
        </w:r>
      </w:hyperlink>
      <w:r w:rsidR="007F63A6" w:rsidRPr="00D67A4A">
        <w:rPr>
          <w:rFonts w:ascii="Arial" w:hAnsi="Arial" w:cs="Arial"/>
          <w:i/>
          <w:iCs/>
          <w:sz w:val="20"/>
          <w:szCs w:val="20"/>
        </w:rPr>
        <w:t> and the European Free Trade Association (EFTA).</w:t>
      </w:r>
      <w:r w:rsidR="00480937" w:rsidRPr="00D67A4A">
        <w:rPr>
          <w:rFonts w:ascii="Arial" w:hAnsi="Arial" w:cs="Arial"/>
          <w:i/>
          <w:iCs/>
          <w:sz w:val="20"/>
          <w:szCs w:val="20"/>
        </w:rPr>
        <w:br/>
      </w:r>
      <w:r w:rsidR="007F63A6" w:rsidRPr="00D67A4A">
        <w:rPr>
          <w:rFonts w:ascii="Arial" w:hAnsi="Arial" w:cs="Arial"/>
          <w:i/>
          <w:iCs/>
          <w:sz w:val="20"/>
          <w:szCs w:val="20"/>
        </w:rPr>
        <w:t>Members of the EU: Austria, Belgium, Bulgaria, Croatia, Republic of Cyprus, Czechia, Denmark, Estonia, Finland, France, Germany, Greece, Hungary, Ireland, Italy, Latvia, Lithuania, Luxembourg, Malta, Netherlands, Poland, Portugal, Romania, Slovakia, Slovenia, Spain and Sweden.</w:t>
      </w:r>
      <w:r w:rsidR="007F63A6" w:rsidRPr="00D67A4A">
        <w:rPr>
          <w:rFonts w:ascii="Arial" w:hAnsi="Arial" w:cs="Arial"/>
          <w:i/>
          <w:iCs/>
          <w:sz w:val="20"/>
          <w:szCs w:val="20"/>
        </w:rPr>
        <w:br/>
        <w:t>Members of the EFTA: Island, Liechtenstein, Norway.</w:t>
      </w:r>
      <w:r w:rsidR="00F244A9" w:rsidRPr="00D67A4A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29FC3849" w14:textId="3210ABBE" w:rsidR="00410841" w:rsidRPr="00D67A4A" w:rsidRDefault="005D3F57">
      <w:pPr>
        <w:pStyle w:val="Titre1"/>
        <w:rPr>
          <w:rFonts w:ascii="Arial" w:hAnsi="Arial" w:cs="Arial"/>
        </w:rPr>
      </w:pPr>
      <w:r w:rsidRPr="00D67A4A">
        <w:rPr>
          <w:rFonts w:ascii="Arial" w:hAnsi="Arial" w:cs="Arial"/>
        </w:rPr>
        <w:t>TUITION FEES</w:t>
      </w:r>
    </w:p>
    <w:p w14:paraId="3C621208" w14:textId="00869BF8" w:rsidR="00C71A5A" w:rsidRPr="00D67A4A" w:rsidRDefault="00DB6273">
      <w:pPr>
        <w:rPr>
          <w:rFonts w:ascii="Arial" w:hAnsi="Arial" w:cs="Arial"/>
        </w:rPr>
      </w:pPr>
      <w:r w:rsidRPr="00D67A4A">
        <w:rPr>
          <w:rFonts w:ascii="Segoe UI Symbol" w:hAnsi="Segoe UI Symbol" w:cs="Segoe UI Symbol"/>
        </w:rPr>
        <w:t>☐</w:t>
      </w:r>
      <w:r w:rsidRPr="00D67A4A">
        <w:rPr>
          <w:rFonts w:ascii="Arial" w:hAnsi="Arial" w:cs="Arial"/>
        </w:rPr>
        <w:t xml:space="preserve"> </w:t>
      </w:r>
      <w:r w:rsidR="005D3F57" w:rsidRPr="00D67A4A">
        <w:rPr>
          <w:rFonts w:ascii="Arial" w:hAnsi="Arial" w:cs="Arial"/>
        </w:rPr>
        <w:t>Known amount (attach proof)</w:t>
      </w:r>
      <w:r w:rsidRPr="00D67A4A">
        <w:rPr>
          <w:rFonts w:ascii="Arial" w:hAnsi="Arial" w:cs="Arial"/>
        </w:rPr>
        <w:br/>
      </w:r>
      <w:r w:rsidRPr="00D67A4A">
        <w:rPr>
          <w:rFonts w:ascii="Segoe UI Symbol" w:hAnsi="Segoe UI Symbol" w:cs="Segoe UI Symbol"/>
        </w:rPr>
        <w:t>☐</w:t>
      </w:r>
      <w:r w:rsidRPr="00D67A4A">
        <w:rPr>
          <w:rFonts w:ascii="Arial" w:hAnsi="Arial" w:cs="Arial"/>
        </w:rPr>
        <w:t xml:space="preserve"> </w:t>
      </w:r>
      <w:r w:rsidR="005D3F57" w:rsidRPr="00D67A4A">
        <w:rPr>
          <w:rFonts w:ascii="Arial" w:hAnsi="Arial" w:cs="Arial"/>
        </w:rPr>
        <w:t>Unknown amount (maximum fee: €6,300)</w:t>
      </w:r>
    </w:p>
    <w:p w14:paraId="22696F2A" w14:textId="77777777" w:rsidR="005D3F57" w:rsidRPr="00D67A4A" w:rsidRDefault="005D3F57">
      <w:pPr>
        <w:rPr>
          <w:rFonts w:ascii="Arial" w:hAnsi="Arial" w:cs="Arial"/>
        </w:rPr>
      </w:pPr>
    </w:p>
    <w:p w14:paraId="74D6AD68" w14:textId="2A860E83" w:rsidR="005D3F57" w:rsidRPr="00D67A4A" w:rsidRDefault="005D3F57">
      <w:pPr>
        <w:rPr>
          <w:rFonts w:ascii="Arial" w:hAnsi="Arial" w:cs="Arial"/>
        </w:rPr>
      </w:pPr>
    </w:p>
    <w:p w14:paraId="7F24D4DC" w14:textId="433CBEC0" w:rsidR="005D3F57" w:rsidRPr="00D67A4A" w:rsidRDefault="005D3F57">
      <w:pPr>
        <w:rPr>
          <w:rFonts w:ascii="Arial" w:hAnsi="Arial" w:cs="Arial"/>
        </w:rPr>
      </w:pPr>
    </w:p>
    <w:p w14:paraId="7EB5615A" w14:textId="77777777" w:rsidR="005D3F57" w:rsidRPr="00D67A4A" w:rsidRDefault="005D3F57">
      <w:pPr>
        <w:rPr>
          <w:rFonts w:ascii="Arial" w:hAnsi="Arial" w:cs="Arial"/>
        </w:rPr>
      </w:pPr>
    </w:p>
    <w:p w14:paraId="236AFEB0" w14:textId="5C0186B7" w:rsidR="005D3F57" w:rsidRPr="00D67A4A" w:rsidRDefault="005D3F57">
      <w:pPr>
        <w:rPr>
          <w:rFonts w:ascii="Arial" w:hAnsi="Arial" w:cs="Arial"/>
        </w:rPr>
      </w:pPr>
    </w:p>
    <w:p w14:paraId="308A4D32" w14:textId="77777777" w:rsidR="005D3F57" w:rsidRPr="00D67A4A" w:rsidRDefault="005D3F57">
      <w:pPr>
        <w:rPr>
          <w:rFonts w:ascii="Arial" w:hAnsi="Arial" w:cs="Arial"/>
        </w:rPr>
      </w:pPr>
    </w:p>
    <w:p w14:paraId="13D14789" w14:textId="77777777" w:rsidR="005D3F57" w:rsidRPr="00D67A4A" w:rsidRDefault="005D3F57">
      <w:pPr>
        <w:rPr>
          <w:rFonts w:ascii="Arial" w:hAnsi="Arial" w:cs="Arial"/>
        </w:rPr>
      </w:pPr>
    </w:p>
    <w:p w14:paraId="706F7BFE" w14:textId="77777777" w:rsidR="005D3F57" w:rsidRPr="00D67A4A" w:rsidRDefault="005D3F57">
      <w:pPr>
        <w:rPr>
          <w:rFonts w:ascii="Arial" w:hAnsi="Arial" w:cs="Arial"/>
        </w:rPr>
      </w:pPr>
    </w:p>
    <w:p w14:paraId="6ADB6311" w14:textId="77777777" w:rsidR="005D3F57" w:rsidRPr="00D67A4A" w:rsidRDefault="005D3F57">
      <w:pPr>
        <w:rPr>
          <w:rFonts w:ascii="Arial" w:hAnsi="Arial" w:cs="Arial"/>
        </w:rPr>
      </w:pPr>
    </w:p>
    <w:p w14:paraId="7A1A6F65" w14:textId="77777777" w:rsidR="005D3F57" w:rsidRPr="00D67A4A" w:rsidRDefault="005D3F57">
      <w:pPr>
        <w:rPr>
          <w:rFonts w:ascii="Arial" w:hAnsi="Arial" w:cs="Arial"/>
        </w:rPr>
      </w:pPr>
    </w:p>
    <w:p w14:paraId="554A2263" w14:textId="77777777" w:rsidR="005D3F57" w:rsidRPr="00D67A4A" w:rsidRDefault="005D3F57">
      <w:pPr>
        <w:rPr>
          <w:rFonts w:ascii="Arial" w:hAnsi="Arial" w:cs="Arial"/>
        </w:rPr>
      </w:pPr>
    </w:p>
    <w:p w14:paraId="131C30C6" w14:textId="77777777" w:rsidR="00EC7C98" w:rsidRDefault="00EC7C98">
      <w:pPr>
        <w:rPr>
          <w:rFonts w:ascii="Arial" w:hAnsi="Arial" w:cs="Arial"/>
        </w:rPr>
      </w:pPr>
    </w:p>
    <w:p w14:paraId="5A315D6B" w14:textId="1C696A35" w:rsidR="005D3F57" w:rsidRPr="00D67A4A" w:rsidRDefault="005D3F57">
      <w:pPr>
        <w:rPr>
          <w:rFonts w:ascii="Arial" w:hAnsi="Arial" w:cs="Arial"/>
        </w:rPr>
      </w:pPr>
      <w:r w:rsidRPr="00D67A4A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7F48C789" wp14:editId="70CBCCDF">
            <wp:simplePos x="0" y="0"/>
            <wp:positionH relativeFrom="column">
              <wp:posOffset>1912465</wp:posOffset>
            </wp:positionH>
            <wp:positionV relativeFrom="paragraph">
              <wp:posOffset>52</wp:posOffset>
            </wp:positionV>
            <wp:extent cx="1200150" cy="1200150"/>
            <wp:effectExtent l="0" t="0" r="0" b="0"/>
            <wp:wrapTight wrapText="bothSides">
              <wp:wrapPolygon edited="0">
                <wp:start x="9257" y="4457"/>
                <wp:lineTo x="0" y="8229"/>
                <wp:lineTo x="0" y="8914"/>
                <wp:lineTo x="1371" y="10629"/>
                <wp:lineTo x="1371" y="13371"/>
                <wp:lineTo x="4457" y="16114"/>
                <wp:lineTo x="7543" y="16800"/>
                <wp:lineTo x="13714" y="16800"/>
                <wp:lineTo x="15771" y="16114"/>
                <wp:lineTo x="18171" y="13029"/>
                <wp:lineTo x="17829" y="10629"/>
                <wp:lineTo x="21257" y="9257"/>
                <wp:lineTo x="21257" y="8229"/>
                <wp:lineTo x="12000" y="4457"/>
                <wp:lineTo x="9257" y="4457"/>
              </wp:wrapPolygon>
            </wp:wrapTight>
            <wp:docPr id="1985466478" name="Graphique 1" descr="Toque d'étudiant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66478" name="Graphique 1985466478" descr="Toque d'étudiant avec un remplissage uni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5BB71" w14:textId="77777777" w:rsidR="005D3F57" w:rsidRPr="00D67A4A" w:rsidRDefault="005D3F57">
      <w:pPr>
        <w:rPr>
          <w:rFonts w:ascii="Arial" w:hAnsi="Arial" w:cs="Arial"/>
        </w:rPr>
      </w:pPr>
    </w:p>
    <w:p w14:paraId="7ADA7EDA" w14:textId="77777777" w:rsidR="005D3F57" w:rsidRPr="00D67A4A" w:rsidRDefault="005D3F57">
      <w:pPr>
        <w:rPr>
          <w:rFonts w:ascii="Arial" w:hAnsi="Arial" w:cs="Arial"/>
        </w:rPr>
      </w:pPr>
    </w:p>
    <w:p w14:paraId="0D3B2725" w14:textId="00A5E943" w:rsidR="00C71A5A" w:rsidRPr="00D67A4A" w:rsidRDefault="005D3F57" w:rsidP="009B3E7F">
      <w:pPr>
        <w:pStyle w:val="Titre1"/>
        <w:jc w:val="center"/>
        <w:rPr>
          <w:rFonts w:ascii="Arial" w:hAnsi="Arial" w:cs="Arial"/>
        </w:rPr>
      </w:pPr>
      <w:r w:rsidRPr="00D67A4A">
        <w:rPr>
          <w:rFonts w:ascii="Arial" w:hAnsi="Arial" w:cs="Arial"/>
        </w:rPr>
        <w:t>Statement of reasons for the request</w:t>
      </w:r>
    </w:p>
    <w:p w14:paraId="23E70370" w14:textId="0EA76E87" w:rsidR="009B3E7F" w:rsidRPr="00D67A4A" w:rsidRDefault="009B3E7F" w:rsidP="009B3E7F">
      <w:r w:rsidRPr="00D67A4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ABDA68" w14:textId="77F25972" w:rsidR="00C71A5A" w:rsidRPr="00D67A4A" w:rsidRDefault="009B3E7F" w:rsidP="00C71A5A">
      <w:r w:rsidRPr="00D67A4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91C3F0" w14:textId="77777777" w:rsidR="00C1014D" w:rsidRPr="00D67A4A" w:rsidRDefault="00C1014D" w:rsidP="00C1014D">
      <w:r w:rsidRPr="00D67A4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16BA62" w14:textId="77777777" w:rsidR="00C1014D" w:rsidRPr="00D67A4A" w:rsidRDefault="00C1014D" w:rsidP="00C1014D">
      <w:r w:rsidRPr="00D67A4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650F7E" w14:textId="77777777" w:rsidR="009C7284" w:rsidRPr="00D67A4A" w:rsidRDefault="009C7284" w:rsidP="00C71A5A">
      <w:pPr>
        <w:jc w:val="both"/>
        <w:rPr>
          <w:rFonts w:ascii="Arial" w:hAnsi="Arial" w:cs="Arial"/>
        </w:rPr>
      </w:pPr>
    </w:p>
    <w:p w14:paraId="723A7995" w14:textId="77777777" w:rsidR="009C7284" w:rsidRPr="00D67A4A" w:rsidRDefault="009C7284" w:rsidP="009C7284">
      <w:pPr>
        <w:jc w:val="both"/>
        <w:rPr>
          <w:rFonts w:ascii="Arial" w:hAnsi="Arial" w:cs="Arial"/>
        </w:rPr>
      </w:pPr>
      <w:r w:rsidRPr="00D67A4A">
        <w:rPr>
          <w:rFonts w:ascii="Arial" w:hAnsi="Arial" w:cs="Arial"/>
        </w:rPr>
        <w:t>For a request to be considered, it must be accompanied by supporting documents that prove the validity of the previously stated reasons.</w:t>
      </w:r>
    </w:p>
    <w:p w14:paraId="21A57A7C" w14:textId="28843037" w:rsidR="009C7284" w:rsidRPr="00D67A4A" w:rsidRDefault="009C7284" w:rsidP="009C7284">
      <w:pPr>
        <w:jc w:val="both"/>
        <w:rPr>
          <w:rFonts w:ascii="Arial" w:hAnsi="Arial" w:cs="Arial"/>
        </w:rPr>
      </w:pPr>
      <w:r w:rsidRPr="00D67A4A">
        <w:rPr>
          <w:rFonts w:ascii="Arial" w:hAnsi="Arial" w:cs="Arial"/>
        </w:rPr>
        <w:t>These documents enable the committee to assess your situation and, where applicable, determine a more appropriate amount for exemption or registration fees.</w:t>
      </w:r>
    </w:p>
    <w:p w14:paraId="1E81829F" w14:textId="6D9395EB" w:rsidR="00D82C4B" w:rsidRDefault="00D82C4B" w:rsidP="009C72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9C7284" w:rsidRPr="00D67A4A">
        <w:rPr>
          <w:rFonts w:ascii="Arial" w:hAnsi="Arial" w:cs="Arial"/>
        </w:rPr>
        <w:t>hese documents may include</w:t>
      </w:r>
      <w:r>
        <w:rPr>
          <w:rFonts w:ascii="Arial" w:hAnsi="Arial" w:cs="Arial"/>
        </w:rPr>
        <w:t xml:space="preserve"> but are not limited to</w:t>
      </w:r>
      <w:r w:rsidR="009C7284" w:rsidRPr="00D67A4A">
        <w:rPr>
          <w:rFonts w:ascii="Arial" w:hAnsi="Arial" w:cs="Arial"/>
        </w:rPr>
        <w:t>: a</w:t>
      </w:r>
      <w:r>
        <w:rPr>
          <w:rFonts w:ascii="Arial" w:hAnsi="Arial" w:cs="Arial"/>
        </w:rPr>
        <w:t>n unemployment or</w:t>
      </w:r>
      <w:r w:rsidR="009C7284" w:rsidRPr="00D67A4A">
        <w:rPr>
          <w:rFonts w:ascii="Arial" w:hAnsi="Arial" w:cs="Arial"/>
        </w:rPr>
        <w:t xml:space="preserve"> jobseeker’s certificate</w:t>
      </w:r>
      <w:r>
        <w:rPr>
          <w:rFonts w:ascii="Arial" w:hAnsi="Arial" w:cs="Arial"/>
        </w:rPr>
        <w:t xml:space="preserve">, </w:t>
      </w:r>
      <w:r w:rsidR="009C7284" w:rsidRPr="00D67A4A">
        <w:rPr>
          <w:rFonts w:ascii="Arial" w:hAnsi="Arial" w:cs="Arial"/>
        </w:rPr>
        <w:t>a death certificate, a court decision, a</w:t>
      </w:r>
      <w:r>
        <w:rPr>
          <w:rFonts w:ascii="Arial" w:hAnsi="Arial" w:cs="Arial"/>
        </w:rPr>
        <w:t xml:space="preserve"> document confirming receipt of social security benefits, recent </w:t>
      </w:r>
      <w:r w:rsidR="009C7284" w:rsidRPr="00D67A4A">
        <w:rPr>
          <w:rFonts w:ascii="Arial" w:hAnsi="Arial" w:cs="Arial"/>
        </w:rPr>
        <w:t>pay slips</w:t>
      </w:r>
      <w:r>
        <w:rPr>
          <w:rFonts w:ascii="Arial" w:hAnsi="Arial" w:cs="Arial"/>
        </w:rPr>
        <w:t>,</w:t>
      </w:r>
      <w:r w:rsidR="009C7284" w:rsidRPr="00D67A4A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tax document showing annual income for the most recent finished tax year, documents indicating a change in family status (e.g. divorce).  </w:t>
      </w:r>
    </w:p>
    <w:p w14:paraId="37AE0706" w14:textId="1594F100" w:rsidR="009C7284" w:rsidRPr="00D67A4A" w:rsidRDefault="004C4568" w:rsidP="009C72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translation in French or English must accompany documents issued in a foreign language other than English</w:t>
      </w:r>
      <w:r w:rsidR="009C7284" w:rsidRPr="00D67A4A">
        <w:rPr>
          <w:rFonts w:ascii="Arial" w:hAnsi="Arial" w:cs="Arial"/>
        </w:rPr>
        <w:t>.</w:t>
      </w:r>
    </w:p>
    <w:p w14:paraId="60A5AB51" w14:textId="77777777" w:rsidR="009B3E7F" w:rsidRPr="00D67A4A" w:rsidRDefault="009B3E7F" w:rsidP="00C71A5A">
      <w:pPr>
        <w:jc w:val="both"/>
        <w:rPr>
          <w:rFonts w:ascii="Arial" w:hAnsi="Arial" w:cs="Arial"/>
        </w:rPr>
      </w:pPr>
    </w:p>
    <w:p w14:paraId="22E06C2E" w14:textId="77777777" w:rsidR="009C7284" w:rsidRPr="00D67A4A" w:rsidRDefault="009C7284" w:rsidP="00C71A5A">
      <w:pPr>
        <w:jc w:val="both"/>
        <w:rPr>
          <w:rFonts w:ascii="Arial" w:hAnsi="Arial" w:cs="Arial"/>
        </w:rPr>
      </w:pPr>
    </w:p>
    <w:p w14:paraId="00204233" w14:textId="77777777" w:rsidR="009C7284" w:rsidRPr="00D67A4A" w:rsidRDefault="009C7284" w:rsidP="00C71A5A">
      <w:pPr>
        <w:jc w:val="both"/>
        <w:rPr>
          <w:rFonts w:ascii="Arial" w:hAnsi="Arial" w:cs="Arial"/>
          <w:b/>
          <w:bCs/>
        </w:rPr>
      </w:pPr>
    </w:p>
    <w:p w14:paraId="6CA5C740" w14:textId="77777777" w:rsidR="005D3F57" w:rsidRPr="00D67A4A" w:rsidRDefault="005D3F57" w:rsidP="00C71A5A">
      <w:pPr>
        <w:jc w:val="both"/>
        <w:rPr>
          <w:rFonts w:ascii="Arial" w:hAnsi="Arial" w:cs="Arial"/>
          <w:b/>
          <w:bCs/>
        </w:rPr>
      </w:pPr>
    </w:p>
    <w:p w14:paraId="75B20667" w14:textId="77777777" w:rsidR="005D3F57" w:rsidRPr="00D67A4A" w:rsidRDefault="005D3F57" w:rsidP="00C71A5A">
      <w:pPr>
        <w:jc w:val="both"/>
        <w:rPr>
          <w:rFonts w:ascii="Arial" w:hAnsi="Arial" w:cs="Arial"/>
          <w:b/>
          <w:bCs/>
        </w:rPr>
      </w:pPr>
    </w:p>
    <w:p w14:paraId="7C2AE579" w14:textId="77777777" w:rsidR="005D3F57" w:rsidRPr="00D67A4A" w:rsidRDefault="005D3F57" w:rsidP="00C71A5A">
      <w:pPr>
        <w:jc w:val="both"/>
        <w:rPr>
          <w:rFonts w:ascii="Arial" w:hAnsi="Arial" w:cs="Arial"/>
          <w:b/>
          <w:bCs/>
        </w:rPr>
      </w:pPr>
    </w:p>
    <w:p w14:paraId="1486E7C0" w14:textId="77777777" w:rsidR="005D3F57" w:rsidRPr="00D67A4A" w:rsidRDefault="005D3F57" w:rsidP="00C71A5A">
      <w:pPr>
        <w:jc w:val="both"/>
        <w:rPr>
          <w:rFonts w:ascii="Arial" w:hAnsi="Arial" w:cs="Arial"/>
          <w:b/>
          <w:bCs/>
        </w:rPr>
      </w:pPr>
    </w:p>
    <w:p w14:paraId="3216E549" w14:textId="77777777" w:rsidR="005D3F57" w:rsidRPr="00D67A4A" w:rsidRDefault="005D3F57" w:rsidP="00C71A5A">
      <w:pPr>
        <w:jc w:val="both"/>
        <w:rPr>
          <w:rFonts w:ascii="Arial" w:hAnsi="Arial" w:cs="Arial"/>
          <w:b/>
          <w:bCs/>
        </w:rPr>
      </w:pPr>
    </w:p>
    <w:p w14:paraId="0DD1CC1C" w14:textId="77777777" w:rsidR="005D3F57" w:rsidRPr="00D67A4A" w:rsidRDefault="005D3F57" w:rsidP="00C71A5A">
      <w:pPr>
        <w:jc w:val="both"/>
        <w:rPr>
          <w:rFonts w:ascii="Arial" w:hAnsi="Arial" w:cs="Arial"/>
          <w:b/>
          <w:bCs/>
        </w:rPr>
      </w:pPr>
    </w:p>
    <w:p w14:paraId="64FD9F11" w14:textId="77777777" w:rsidR="005D3F57" w:rsidRPr="00D67A4A" w:rsidRDefault="005D3F57" w:rsidP="00C71A5A">
      <w:pPr>
        <w:jc w:val="both"/>
        <w:rPr>
          <w:rFonts w:ascii="Arial" w:hAnsi="Arial" w:cs="Arial"/>
          <w:b/>
          <w:bCs/>
        </w:rPr>
      </w:pPr>
    </w:p>
    <w:p w14:paraId="67C37CC8" w14:textId="77777777" w:rsidR="005D3F57" w:rsidRPr="00D67A4A" w:rsidRDefault="005D3F57" w:rsidP="00C71A5A">
      <w:pPr>
        <w:jc w:val="both"/>
        <w:rPr>
          <w:rFonts w:ascii="Arial" w:hAnsi="Arial" w:cs="Arial"/>
          <w:b/>
          <w:bCs/>
        </w:rPr>
      </w:pPr>
    </w:p>
    <w:p w14:paraId="25DC690D" w14:textId="77777777" w:rsidR="005D3F57" w:rsidRPr="00D67A4A" w:rsidRDefault="005D3F57" w:rsidP="00C71A5A">
      <w:pPr>
        <w:jc w:val="both"/>
        <w:rPr>
          <w:rFonts w:ascii="Arial" w:hAnsi="Arial" w:cs="Arial"/>
          <w:b/>
          <w:bCs/>
        </w:rPr>
      </w:pPr>
    </w:p>
    <w:p w14:paraId="6716EFC4" w14:textId="77777777" w:rsidR="005D3F57" w:rsidRPr="00D67A4A" w:rsidRDefault="005D3F57" w:rsidP="00C71A5A">
      <w:pPr>
        <w:jc w:val="both"/>
        <w:rPr>
          <w:rFonts w:ascii="Arial" w:hAnsi="Arial" w:cs="Arial"/>
          <w:b/>
          <w:bCs/>
        </w:rPr>
      </w:pPr>
    </w:p>
    <w:p w14:paraId="710D341C" w14:textId="77777777" w:rsidR="005D3F57" w:rsidRPr="00D67A4A" w:rsidRDefault="005D3F57" w:rsidP="00C71A5A">
      <w:pPr>
        <w:jc w:val="both"/>
        <w:rPr>
          <w:rFonts w:ascii="Arial" w:hAnsi="Arial" w:cs="Arial"/>
          <w:b/>
          <w:bCs/>
        </w:rPr>
      </w:pPr>
    </w:p>
    <w:p w14:paraId="5BB4379A" w14:textId="77777777" w:rsidR="005D3F57" w:rsidRPr="00D67A4A" w:rsidRDefault="005D3F57" w:rsidP="00C71A5A">
      <w:pPr>
        <w:jc w:val="both"/>
        <w:rPr>
          <w:rFonts w:ascii="Arial" w:hAnsi="Arial" w:cs="Arial"/>
          <w:b/>
          <w:bCs/>
        </w:rPr>
      </w:pPr>
    </w:p>
    <w:p w14:paraId="738EBA62" w14:textId="77777777" w:rsidR="009B3E7F" w:rsidRPr="00D67A4A" w:rsidRDefault="009B3E7F" w:rsidP="00C71A5A">
      <w:pPr>
        <w:jc w:val="both"/>
        <w:rPr>
          <w:rFonts w:ascii="Arial" w:hAnsi="Arial" w:cs="Arial"/>
          <w:b/>
          <w:bCs/>
        </w:rPr>
      </w:pPr>
    </w:p>
    <w:p w14:paraId="6C8EB2FB" w14:textId="77777777" w:rsidR="009B3E7F" w:rsidRPr="00D67A4A" w:rsidRDefault="009B3E7F" w:rsidP="00C1014D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129AC8C" w14:textId="3C406B91" w:rsidR="00C71A5A" w:rsidRPr="00D67A4A" w:rsidRDefault="00330BEA" w:rsidP="009B3E7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br w:type="column"/>
      </w:r>
      <w:r w:rsidR="00115E11" w:rsidRPr="00D67A4A">
        <w:rPr>
          <w:rFonts w:ascii="Arial" w:hAnsi="Arial" w:cs="Arial"/>
          <w:b/>
          <w:bCs/>
          <w:sz w:val="24"/>
          <w:szCs w:val="24"/>
          <w:u w:val="single"/>
        </w:rPr>
        <w:lastRenderedPageBreak/>
        <w:t>Estimated budget for the 2026-2027 academic year</w:t>
      </w:r>
    </w:p>
    <w:p w14:paraId="602156AA" w14:textId="693D4A0E" w:rsidR="009B3E7F" w:rsidRPr="00D67A4A" w:rsidRDefault="009B3E7F" w:rsidP="009B3E7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67A4A">
        <w:rPr>
          <w:rFonts w:ascii="Arial" w:hAnsi="Arial" w:cs="Arial"/>
          <w:b/>
          <w:bCs/>
          <w:noProof/>
          <w:sz w:val="24"/>
          <w:szCs w:val="24"/>
          <w:u w:val="single"/>
        </w:rPr>
        <w:drawing>
          <wp:inline distT="0" distB="0" distL="0" distR="0" wp14:anchorId="6F4EDB37" wp14:editId="1ADA72ED">
            <wp:extent cx="914400" cy="914400"/>
            <wp:effectExtent l="0" t="0" r="0" b="0"/>
            <wp:docPr id="368381991" name="Graphique 2" descr="Coffre au trésor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381991" name="Graphique 368381991" descr="Coffre au trésor contour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EFDF7" w14:textId="77777777" w:rsidR="009B3E7F" w:rsidRPr="00D67A4A" w:rsidRDefault="009B3E7F" w:rsidP="009B3E7F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4487AAD" w14:textId="3DC0CBA7" w:rsidR="00C71A5A" w:rsidRPr="00D67A4A" w:rsidRDefault="00115E11" w:rsidP="009B3E7F">
      <w:pPr>
        <w:jc w:val="both"/>
        <w:rPr>
          <w:rFonts w:ascii="Arial" w:hAnsi="Arial" w:cs="Arial"/>
          <w:i/>
          <w:iCs/>
        </w:rPr>
      </w:pPr>
      <w:r w:rsidRPr="00D67A4A">
        <w:rPr>
          <w:rFonts w:ascii="Arial" w:hAnsi="Arial" w:cs="Arial"/>
          <w:i/>
          <w:iCs/>
        </w:rPr>
        <w:t xml:space="preserve">Justify the special circumstances you are invoking and </w:t>
      </w:r>
      <w:r w:rsidRPr="00D67A4A">
        <w:rPr>
          <w:rFonts w:ascii="Arial" w:hAnsi="Arial" w:cs="Arial"/>
          <w:b/>
          <w:bCs/>
          <w:i/>
          <w:iCs/>
        </w:rPr>
        <w:t>mandatorily</w:t>
      </w:r>
      <w:r w:rsidRPr="00D67A4A">
        <w:rPr>
          <w:rFonts w:ascii="Arial" w:hAnsi="Arial" w:cs="Arial"/>
          <w:i/>
          <w:iCs/>
        </w:rPr>
        <w:t xml:space="preserve"> attach supporting documents.</w:t>
      </w:r>
      <w:r w:rsidRPr="00D67A4A">
        <w:rPr>
          <w:rFonts w:ascii="Arial" w:hAnsi="Arial" w:cs="Arial"/>
          <w:i/>
          <w:iCs/>
        </w:rPr>
        <w:br/>
        <w:t>Examples: pay slips, unemployment benefit statements, utility bills, etc.</w:t>
      </w:r>
    </w:p>
    <w:tbl>
      <w:tblPr>
        <w:tblStyle w:val="Grilledutableau"/>
        <w:tblW w:w="8784" w:type="dxa"/>
        <w:jc w:val="center"/>
        <w:tblLook w:val="04A0" w:firstRow="1" w:lastRow="0" w:firstColumn="1" w:lastColumn="0" w:noHBand="0" w:noVBand="1"/>
      </w:tblPr>
      <w:tblGrid>
        <w:gridCol w:w="3001"/>
        <w:gridCol w:w="1530"/>
        <w:gridCol w:w="2246"/>
        <w:gridCol w:w="2007"/>
      </w:tblGrid>
      <w:tr w:rsidR="00C71A5A" w:rsidRPr="00D67A4A" w14:paraId="0C1B7D3A" w14:textId="77777777" w:rsidTr="00115E11">
        <w:trPr>
          <w:trHeight w:val="558"/>
          <w:jc w:val="center"/>
        </w:trPr>
        <w:tc>
          <w:tcPr>
            <w:tcW w:w="3001" w:type="dxa"/>
            <w:shd w:val="clear" w:color="auto" w:fill="FBD4B4" w:themeFill="accent6" w:themeFillTint="66"/>
          </w:tcPr>
          <w:p w14:paraId="756F5E3B" w14:textId="58664F24" w:rsidR="00C71A5A" w:rsidRPr="00D67A4A" w:rsidRDefault="00115E11" w:rsidP="00C71A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A4A">
              <w:rPr>
                <w:rFonts w:ascii="Arial" w:hAnsi="Arial" w:cs="Arial"/>
                <w:b/>
                <w:bCs/>
                <w:sz w:val="24"/>
                <w:szCs w:val="24"/>
              </w:rPr>
              <w:t>Expenses</w:t>
            </w:r>
          </w:p>
        </w:tc>
        <w:tc>
          <w:tcPr>
            <w:tcW w:w="1530" w:type="dxa"/>
            <w:shd w:val="clear" w:color="auto" w:fill="FBD4B4" w:themeFill="accent6" w:themeFillTint="66"/>
          </w:tcPr>
          <w:p w14:paraId="4C7EF3D2" w14:textId="5CE800D1" w:rsidR="00C71A5A" w:rsidRPr="00D67A4A" w:rsidRDefault="00115E11" w:rsidP="00C71A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A4A">
              <w:rPr>
                <w:rFonts w:ascii="Arial" w:hAnsi="Arial" w:cs="Arial"/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2246" w:type="dxa"/>
            <w:shd w:val="clear" w:color="auto" w:fill="FBD4B4" w:themeFill="accent6" w:themeFillTint="66"/>
          </w:tcPr>
          <w:p w14:paraId="3D5C98D4" w14:textId="64B79A1F" w:rsidR="00C71A5A" w:rsidRPr="00D67A4A" w:rsidRDefault="00115E11" w:rsidP="00C71A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A4A">
              <w:rPr>
                <w:rFonts w:ascii="Arial" w:hAnsi="Arial" w:cs="Arial"/>
                <w:b/>
                <w:bCs/>
                <w:sz w:val="24"/>
                <w:szCs w:val="24"/>
              </w:rPr>
              <w:t>Income</w:t>
            </w:r>
          </w:p>
        </w:tc>
        <w:tc>
          <w:tcPr>
            <w:tcW w:w="2007" w:type="dxa"/>
            <w:shd w:val="clear" w:color="auto" w:fill="FBD4B4" w:themeFill="accent6" w:themeFillTint="66"/>
          </w:tcPr>
          <w:p w14:paraId="245FD92E" w14:textId="76AEEC51" w:rsidR="00C71A5A" w:rsidRPr="00D67A4A" w:rsidRDefault="00115E11" w:rsidP="00C71A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A4A">
              <w:rPr>
                <w:rFonts w:ascii="Arial" w:hAnsi="Arial" w:cs="Arial"/>
                <w:b/>
                <w:bCs/>
                <w:sz w:val="24"/>
                <w:szCs w:val="24"/>
              </w:rPr>
              <w:t>Amount</w:t>
            </w:r>
          </w:p>
        </w:tc>
      </w:tr>
      <w:tr w:rsidR="00C71A5A" w:rsidRPr="00D67A4A" w14:paraId="230B386D" w14:textId="77777777" w:rsidTr="00115E11">
        <w:trPr>
          <w:jc w:val="center"/>
        </w:trPr>
        <w:tc>
          <w:tcPr>
            <w:tcW w:w="3001" w:type="dxa"/>
            <w:shd w:val="clear" w:color="auto" w:fill="FBD4B4" w:themeFill="accent6" w:themeFillTint="66"/>
          </w:tcPr>
          <w:p w14:paraId="159FC070" w14:textId="3C659BCA" w:rsidR="00C71A5A" w:rsidRPr="00D67A4A" w:rsidRDefault="00115E11" w:rsidP="009B3E7F">
            <w:pPr>
              <w:spacing w:line="480" w:lineRule="auto"/>
              <w:rPr>
                <w:rFonts w:ascii="Arial" w:hAnsi="Arial" w:cs="Arial"/>
              </w:rPr>
            </w:pPr>
            <w:r w:rsidRPr="00D67A4A">
              <w:rPr>
                <w:rFonts w:ascii="Arial" w:hAnsi="Arial" w:cs="Arial"/>
              </w:rPr>
              <w:t>Rent (attach rent receipt)</w:t>
            </w:r>
          </w:p>
        </w:tc>
        <w:tc>
          <w:tcPr>
            <w:tcW w:w="1530" w:type="dxa"/>
          </w:tcPr>
          <w:p w14:paraId="2CA63C2A" w14:textId="77777777" w:rsidR="00C71A5A" w:rsidRPr="00D67A4A" w:rsidRDefault="00C71A5A" w:rsidP="009B3E7F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46" w:type="dxa"/>
            <w:shd w:val="clear" w:color="auto" w:fill="FBD4B4" w:themeFill="accent6" w:themeFillTint="66"/>
          </w:tcPr>
          <w:p w14:paraId="005EE8EF" w14:textId="11188FF5" w:rsidR="00C71A5A" w:rsidRPr="00D67A4A" w:rsidRDefault="00115E11" w:rsidP="009B3E7F">
            <w:pPr>
              <w:spacing w:line="480" w:lineRule="auto"/>
              <w:rPr>
                <w:rFonts w:ascii="Arial" w:hAnsi="Arial" w:cs="Arial"/>
              </w:rPr>
            </w:pPr>
            <w:r w:rsidRPr="00D67A4A">
              <w:rPr>
                <w:rFonts w:ascii="Arial" w:hAnsi="Arial" w:cs="Arial"/>
              </w:rPr>
              <w:t>Regular salary</w:t>
            </w:r>
          </w:p>
        </w:tc>
        <w:tc>
          <w:tcPr>
            <w:tcW w:w="2007" w:type="dxa"/>
          </w:tcPr>
          <w:p w14:paraId="541ACBD9" w14:textId="77777777" w:rsidR="00C71A5A" w:rsidRPr="00D67A4A" w:rsidRDefault="00C71A5A">
            <w:pPr>
              <w:rPr>
                <w:rFonts w:ascii="Arial" w:hAnsi="Arial" w:cs="Arial"/>
              </w:rPr>
            </w:pPr>
          </w:p>
        </w:tc>
      </w:tr>
      <w:tr w:rsidR="00C71A5A" w:rsidRPr="00D67A4A" w14:paraId="404D5DE6" w14:textId="77777777" w:rsidTr="00115E11">
        <w:trPr>
          <w:jc w:val="center"/>
        </w:trPr>
        <w:tc>
          <w:tcPr>
            <w:tcW w:w="3001" w:type="dxa"/>
            <w:shd w:val="clear" w:color="auto" w:fill="FBD4B4" w:themeFill="accent6" w:themeFillTint="66"/>
          </w:tcPr>
          <w:p w14:paraId="00806161" w14:textId="55F6E6A9" w:rsidR="00C71A5A" w:rsidRPr="00D67A4A" w:rsidRDefault="00115E11" w:rsidP="009B3E7F">
            <w:pPr>
              <w:spacing w:line="480" w:lineRule="auto"/>
              <w:rPr>
                <w:rFonts w:ascii="Arial" w:hAnsi="Arial" w:cs="Arial"/>
              </w:rPr>
            </w:pPr>
            <w:r w:rsidRPr="00D67A4A">
              <w:rPr>
                <w:rFonts w:ascii="Arial" w:hAnsi="Arial" w:cs="Arial"/>
              </w:rPr>
              <w:t>Phone</w:t>
            </w:r>
            <w:r w:rsidR="00977AF8">
              <w:rPr>
                <w:rFonts w:ascii="Arial" w:hAnsi="Arial" w:cs="Arial"/>
              </w:rPr>
              <w:t xml:space="preserve"> and/or </w:t>
            </w:r>
            <w:r w:rsidRPr="00D67A4A">
              <w:rPr>
                <w:rFonts w:ascii="Arial" w:hAnsi="Arial" w:cs="Arial"/>
              </w:rPr>
              <w:t>internet</w:t>
            </w:r>
          </w:p>
        </w:tc>
        <w:tc>
          <w:tcPr>
            <w:tcW w:w="1530" w:type="dxa"/>
          </w:tcPr>
          <w:p w14:paraId="5824670E" w14:textId="77777777" w:rsidR="00C71A5A" w:rsidRPr="00D67A4A" w:rsidRDefault="00C71A5A" w:rsidP="009B3E7F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46" w:type="dxa"/>
            <w:shd w:val="clear" w:color="auto" w:fill="FBD4B4" w:themeFill="accent6" w:themeFillTint="66"/>
          </w:tcPr>
          <w:p w14:paraId="0792735C" w14:textId="1176D824" w:rsidR="00C71A5A" w:rsidRPr="00D67A4A" w:rsidRDefault="00977AF8" w:rsidP="009B3E7F">
            <w:pPr>
              <w:spacing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income from work</w:t>
            </w:r>
          </w:p>
        </w:tc>
        <w:tc>
          <w:tcPr>
            <w:tcW w:w="2007" w:type="dxa"/>
          </w:tcPr>
          <w:p w14:paraId="18604540" w14:textId="77777777" w:rsidR="00C71A5A" w:rsidRPr="00D67A4A" w:rsidRDefault="00C71A5A">
            <w:pPr>
              <w:rPr>
                <w:rFonts w:ascii="Arial" w:hAnsi="Arial" w:cs="Arial"/>
              </w:rPr>
            </w:pPr>
          </w:p>
        </w:tc>
      </w:tr>
      <w:tr w:rsidR="00C71A5A" w:rsidRPr="00D67A4A" w14:paraId="56E7C023" w14:textId="77777777" w:rsidTr="00115E11">
        <w:trPr>
          <w:jc w:val="center"/>
        </w:trPr>
        <w:tc>
          <w:tcPr>
            <w:tcW w:w="3001" w:type="dxa"/>
            <w:shd w:val="clear" w:color="auto" w:fill="FBD4B4" w:themeFill="accent6" w:themeFillTint="66"/>
          </w:tcPr>
          <w:p w14:paraId="73181C7D" w14:textId="54AA99E8" w:rsidR="00C71A5A" w:rsidRPr="00D67A4A" w:rsidRDefault="00C71A5A" w:rsidP="009B3E7F">
            <w:pPr>
              <w:spacing w:line="480" w:lineRule="auto"/>
              <w:rPr>
                <w:rFonts w:ascii="Arial" w:hAnsi="Arial" w:cs="Arial"/>
              </w:rPr>
            </w:pPr>
            <w:r w:rsidRPr="00D67A4A">
              <w:rPr>
                <w:rFonts w:ascii="Arial" w:hAnsi="Arial" w:cs="Arial"/>
              </w:rPr>
              <w:t>Transport</w:t>
            </w:r>
            <w:r w:rsidR="00115E11" w:rsidRPr="00D67A4A">
              <w:rPr>
                <w:rFonts w:ascii="Arial" w:hAnsi="Arial" w:cs="Arial"/>
              </w:rPr>
              <w:t>ation</w:t>
            </w:r>
          </w:p>
        </w:tc>
        <w:tc>
          <w:tcPr>
            <w:tcW w:w="1530" w:type="dxa"/>
          </w:tcPr>
          <w:p w14:paraId="7F09E2BD" w14:textId="1F548DF9" w:rsidR="00C71A5A" w:rsidRPr="00D67A4A" w:rsidRDefault="00C71A5A" w:rsidP="009B3E7F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46" w:type="dxa"/>
            <w:shd w:val="clear" w:color="auto" w:fill="FBD4B4" w:themeFill="accent6" w:themeFillTint="66"/>
          </w:tcPr>
          <w:p w14:paraId="394C6C44" w14:textId="581DC5E6" w:rsidR="00C71A5A" w:rsidRPr="00D67A4A" w:rsidRDefault="00115E11" w:rsidP="009B3E7F">
            <w:pPr>
              <w:spacing w:line="480" w:lineRule="auto"/>
              <w:rPr>
                <w:rFonts w:ascii="Arial" w:hAnsi="Arial" w:cs="Arial"/>
              </w:rPr>
            </w:pPr>
            <w:r w:rsidRPr="00D67A4A">
              <w:rPr>
                <w:rFonts w:ascii="Arial" w:hAnsi="Arial" w:cs="Arial"/>
              </w:rPr>
              <w:t>Family support</w:t>
            </w:r>
          </w:p>
        </w:tc>
        <w:tc>
          <w:tcPr>
            <w:tcW w:w="2007" w:type="dxa"/>
          </w:tcPr>
          <w:p w14:paraId="43E22D11" w14:textId="77777777" w:rsidR="00C71A5A" w:rsidRPr="00D67A4A" w:rsidRDefault="00C71A5A">
            <w:pPr>
              <w:rPr>
                <w:rFonts w:ascii="Arial" w:hAnsi="Arial" w:cs="Arial"/>
              </w:rPr>
            </w:pPr>
          </w:p>
        </w:tc>
      </w:tr>
      <w:tr w:rsidR="00C71A5A" w:rsidRPr="00D67A4A" w14:paraId="18E4A74F" w14:textId="77777777" w:rsidTr="00115E11">
        <w:trPr>
          <w:jc w:val="center"/>
        </w:trPr>
        <w:tc>
          <w:tcPr>
            <w:tcW w:w="3001" w:type="dxa"/>
            <w:shd w:val="clear" w:color="auto" w:fill="FBD4B4" w:themeFill="accent6" w:themeFillTint="66"/>
          </w:tcPr>
          <w:p w14:paraId="13C2EC30" w14:textId="44478D13" w:rsidR="00C71A5A" w:rsidRPr="00D67A4A" w:rsidRDefault="00115E11" w:rsidP="009B3E7F">
            <w:pPr>
              <w:spacing w:line="480" w:lineRule="auto"/>
              <w:rPr>
                <w:rFonts w:ascii="Arial" w:hAnsi="Arial" w:cs="Arial"/>
              </w:rPr>
            </w:pPr>
            <w:r w:rsidRPr="00D67A4A">
              <w:rPr>
                <w:rFonts w:ascii="Arial" w:hAnsi="Arial" w:cs="Arial"/>
              </w:rPr>
              <w:t>Food</w:t>
            </w:r>
          </w:p>
        </w:tc>
        <w:tc>
          <w:tcPr>
            <w:tcW w:w="1530" w:type="dxa"/>
          </w:tcPr>
          <w:p w14:paraId="37EBAF60" w14:textId="77777777" w:rsidR="00C71A5A" w:rsidRPr="00D67A4A" w:rsidRDefault="00C71A5A" w:rsidP="009B3E7F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46" w:type="dxa"/>
            <w:shd w:val="clear" w:color="auto" w:fill="FBD4B4" w:themeFill="accent6" w:themeFillTint="66"/>
          </w:tcPr>
          <w:p w14:paraId="67B3C9B8" w14:textId="54550628" w:rsidR="00C71A5A" w:rsidRPr="00D67A4A" w:rsidRDefault="00115E11" w:rsidP="009B3E7F">
            <w:pPr>
              <w:spacing w:line="480" w:lineRule="auto"/>
              <w:rPr>
                <w:rFonts w:ascii="Arial" w:hAnsi="Arial" w:cs="Arial"/>
              </w:rPr>
            </w:pPr>
            <w:r w:rsidRPr="00D67A4A">
              <w:rPr>
                <w:rFonts w:ascii="Arial" w:hAnsi="Arial" w:cs="Arial"/>
              </w:rPr>
              <w:t>Bank loan</w:t>
            </w:r>
          </w:p>
        </w:tc>
        <w:tc>
          <w:tcPr>
            <w:tcW w:w="2007" w:type="dxa"/>
          </w:tcPr>
          <w:p w14:paraId="774E7B7F" w14:textId="77777777" w:rsidR="00C71A5A" w:rsidRPr="00D67A4A" w:rsidRDefault="00C71A5A">
            <w:pPr>
              <w:rPr>
                <w:rFonts w:ascii="Arial" w:hAnsi="Arial" w:cs="Arial"/>
              </w:rPr>
            </w:pPr>
          </w:p>
        </w:tc>
      </w:tr>
      <w:tr w:rsidR="00C71A5A" w:rsidRPr="00D67A4A" w14:paraId="15047DF1" w14:textId="77777777" w:rsidTr="00115E11">
        <w:trPr>
          <w:jc w:val="center"/>
        </w:trPr>
        <w:tc>
          <w:tcPr>
            <w:tcW w:w="3001" w:type="dxa"/>
            <w:shd w:val="clear" w:color="auto" w:fill="FBD4B4" w:themeFill="accent6" w:themeFillTint="66"/>
          </w:tcPr>
          <w:p w14:paraId="16F33208" w14:textId="349A9806" w:rsidR="00C71A5A" w:rsidRPr="00D67A4A" w:rsidRDefault="00115E11" w:rsidP="009B3E7F">
            <w:pPr>
              <w:spacing w:line="480" w:lineRule="auto"/>
              <w:rPr>
                <w:rFonts w:ascii="Arial" w:hAnsi="Arial" w:cs="Arial"/>
              </w:rPr>
            </w:pPr>
            <w:r w:rsidRPr="00D67A4A">
              <w:rPr>
                <w:rFonts w:ascii="Arial" w:hAnsi="Arial" w:cs="Arial"/>
              </w:rPr>
              <w:t>Electricity, water</w:t>
            </w:r>
            <w:r w:rsidR="00977AF8">
              <w:rPr>
                <w:rFonts w:ascii="Arial" w:hAnsi="Arial" w:cs="Arial"/>
              </w:rPr>
              <w:t xml:space="preserve"> and other utilities </w:t>
            </w:r>
          </w:p>
        </w:tc>
        <w:tc>
          <w:tcPr>
            <w:tcW w:w="1530" w:type="dxa"/>
          </w:tcPr>
          <w:p w14:paraId="0AD31674" w14:textId="02254936" w:rsidR="00C71A5A" w:rsidRPr="00D67A4A" w:rsidRDefault="00C71A5A" w:rsidP="009B3E7F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46" w:type="dxa"/>
            <w:shd w:val="clear" w:color="auto" w:fill="FBD4B4" w:themeFill="accent6" w:themeFillTint="66"/>
          </w:tcPr>
          <w:p w14:paraId="5F1126CC" w14:textId="6CC9D40A" w:rsidR="00C71A5A" w:rsidRPr="00D67A4A" w:rsidRDefault="00115E11" w:rsidP="009B3E7F">
            <w:pPr>
              <w:spacing w:line="480" w:lineRule="auto"/>
              <w:rPr>
                <w:rFonts w:ascii="Arial" w:hAnsi="Arial" w:cs="Arial"/>
              </w:rPr>
            </w:pPr>
            <w:r w:rsidRPr="00D67A4A">
              <w:rPr>
                <w:rFonts w:ascii="Arial" w:hAnsi="Arial" w:cs="Arial"/>
              </w:rPr>
              <w:t>Housing benefits</w:t>
            </w:r>
          </w:p>
        </w:tc>
        <w:tc>
          <w:tcPr>
            <w:tcW w:w="2007" w:type="dxa"/>
          </w:tcPr>
          <w:p w14:paraId="300A44F7" w14:textId="77777777" w:rsidR="00C71A5A" w:rsidRPr="00D67A4A" w:rsidRDefault="00C71A5A">
            <w:pPr>
              <w:rPr>
                <w:rFonts w:ascii="Arial" w:hAnsi="Arial" w:cs="Arial"/>
              </w:rPr>
            </w:pPr>
          </w:p>
        </w:tc>
      </w:tr>
      <w:tr w:rsidR="00C71A5A" w:rsidRPr="00D67A4A" w14:paraId="181177AF" w14:textId="77777777" w:rsidTr="00115E11">
        <w:trPr>
          <w:trHeight w:val="656"/>
          <w:jc w:val="center"/>
        </w:trPr>
        <w:tc>
          <w:tcPr>
            <w:tcW w:w="3001" w:type="dxa"/>
            <w:shd w:val="clear" w:color="auto" w:fill="FBD4B4" w:themeFill="accent6" w:themeFillTint="66"/>
          </w:tcPr>
          <w:p w14:paraId="68604198" w14:textId="5FA44554" w:rsidR="00C71A5A" w:rsidRPr="00D67A4A" w:rsidRDefault="00115E11" w:rsidP="009B3E7F">
            <w:pPr>
              <w:spacing w:line="480" w:lineRule="auto"/>
              <w:rPr>
                <w:rFonts w:ascii="Arial" w:hAnsi="Arial" w:cs="Arial"/>
              </w:rPr>
            </w:pPr>
            <w:r w:rsidRPr="00D67A4A">
              <w:rPr>
                <w:rFonts w:ascii="Arial" w:hAnsi="Arial" w:cs="Arial"/>
              </w:rPr>
              <w:t>Insurance and health coverage</w:t>
            </w:r>
          </w:p>
        </w:tc>
        <w:tc>
          <w:tcPr>
            <w:tcW w:w="1530" w:type="dxa"/>
          </w:tcPr>
          <w:p w14:paraId="4FC14327" w14:textId="77777777" w:rsidR="00C71A5A" w:rsidRPr="00D67A4A" w:rsidRDefault="00C71A5A" w:rsidP="009B3E7F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46" w:type="dxa"/>
            <w:shd w:val="clear" w:color="auto" w:fill="FBD4B4" w:themeFill="accent6" w:themeFillTint="66"/>
          </w:tcPr>
          <w:p w14:paraId="443A0E54" w14:textId="19AB63E4" w:rsidR="00C71A5A" w:rsidRPr="00D67A4A" w:rsidRDefault="00115E11" w:rsidP="009B3E7F">
            <w:pPr>
              <w:spacing w:line="480" w:lineRule="auto"/>
              <w:rPr>
                <w:rFonts w:ascii="Arial" w:hAnsi="Arial" w:cs="Arial"/>
              </w:rPr>
            </w:pPr>
            <w:r w:rsidRPr="00D67A4A">
              <w:rPr>
                <w:rFonts w:ascii="Arial" w:hAnsi="Arial" w:cs="Arial"/>
              </w:rPr>
              <w:t>Family allowances</w:t>
            </w:r>
          </w:p>
        </w:tc>
        <w:tc>
          <w:tcPr>
            <w:tcW w:w="2007" w:type="dxa"/>
          </w:tcPr>
          <w:p w14:paraId="02447A38" w14:textId="77777777" w:rsidR="00C71A5A" w:rsidRPr="00D67A4A" w:rsidRDefault="00C71A5A">
            <w:pPr>
              <w:rPr>
                <w:rFonts w:ascii="Arial" w:hAnsi="Arial" w:cs="Arial"/>
              </w:rPr>
            </w:pPr>
          </w:p>
        </w:tc>
      </w:tr>
      <w:tr w:rsidR="00C71A5A" w:rsidRPr="00D67A4A" w14:paraId="629E1640" w14:textId="77777777" w:rsidTr="00115E11">
        <w:trPr>
          <w:jc w:val="center"/>
        </w:trPr>
        <w:tc>
          <w:tcPr>
            <w:tcW w:w="3001" w:type="dxa"/>
            <w:shd w:val="clear" w:color="auto" w:fill="FBD4B4" w:themeFill="accent6" w:themeFillTint="66"/>
          </w:tcPr>
          <w:p w14:paraId="75104114" w14:textId="082FD16C" w:rsidR="00C71A5A" w:rsidRPr="00D67A4A" w:rsidRDefault="00115E11" w:rsidP="009B3E7F">
            <w:pPr>
              <w:spacing w:line="480" w:lineRule="auto"/>
              <w:rPr>
                <w:rFonts w:ascii="Arial" w:hAnsi="Arial" w:cs="Arial"/>
              </w:rPr>
            </w:pPr>
            <w:r w:rsidRPr="00D67A4A">
              <w:rPr>
                <w:rFonts w:ascii="Arial" w:hAnsi="Arial" w:cs="Arial"/>
              </w:rPr>
              <w:t>Other</w:t>
            </w:r>
          </w:p>
          <w:p w14:paraId="71293709" w14:textId="26D2DB8F" w:rsidR="00C71A5A" w:rsidRPr="00D67A4A" w:rsidRDefault="00C71A5A" w:rsidP="009B3E7F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55314988" w14:textId="77777777" w:rsidR="00C71A5A" w:rsidRPr="00D67A4A" w:rsidRDefault="00C71A5A" w:rsidP="009B3E7F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46" w:type="dxa"/>
            <w:shd w:val="clear" w:color="auto" w:fill="FBD4B4" w:themeFill="accent6" w:themeFillTint="66"/>
          </w:tcPr>
          <w:p w14:paraId="5EDECA95" w14:textId="635BA702" w:rsidR="00C71A5A" w:rsidRPr="00D67A4A" w:rsidRDefault="00115E11" w:rsidP="009B3E7F">
            <w:pPr>
              <w:spacing w:line="480" w:lineRule="auto"/>
              <w:rPr>
                <w:rFonts w:ascii="Arial" w:hAnsi="Arial" w:cs="Arial"/>
              </w:rPr>
            </w:pPr>
            <w:r w:rsidRPr="00D67A4A">
              <w:rPr>
                <w:rFonts w:ascii="Arial" w:hAnsi="Arial" w:cs="Arial"/>
              </w:rPr>
              <w:t>Scholarships (attach notice)</w:t>
            </w:r>
          </w:p>
        </w:tc>
        <w:tc>
          <w:tcPr>
            <w:tcW w:w="2007" w:type="dxa"/>
          </w:tcPr>
          <w:p w14:paraId="240EB0B7" w14:textId="77777777" w:rsidR="00C71A5A" w:rsidRPr="00D67A4A" w:rsidRDefault="00C71A5A">
            <w:pPr>
              <w:rPr>
                <w:rFonts w:ascii="Arial" w:hAnsi="Arial" w:cs="Arial"/>
              </w:rPr>
            </w:pPr>
          </w:p>
        </w:tc>
      </w:tr>
      <w:tr w:rsidR="009B3E7F" w:rsidRPr="00D67A4A" w14:paraId="1566201C" w14:textId="77777777" w:rsidTr="00115E11">
        <w:trPr>
          <w:jc w:val="center"/>
        </w:trPr>
        <w:tc>
          <w:tcPr>
            <w:tcW w:w="3001" w:type="dxa"/>
            <w:shd w:val="clear" w:color="auto" w:fill="FBD4B4" w:themeFill="accent6" w:themeFillTint="66"/>
          </w:tcPr>
          <w:p w14:paraId="64F55C3B" w14:textId="03BF2C4D" w:rsidR="009B3E7F" w:rsidRPr="00D67A4A" w:rsidRDefault="009B3E7F" w:rsidP="009B3E7F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D67A4A">
              <w:rPr>
                <w:rFonts w:ascii="Arial" w:hAnsi="Arial" w:cs="Arial"/>
                <w:b/>
                <w:bCs/>
              </w:rPr>
              <w:t>TOTAL</w:t>
            </w:r>
            <w:r w:rsidR="00977AF8">
              <w:rPr>
                <w:rFonts w:ascii="Arial" w:hAnsi="Arial" w:cs="Arial"/>
                <w:b/>
                <w:bCs/>
              </w:rPr>
              <w:t xml:space="preserve"> in </w:t>
            </w:r>
            <w:r w:rsidR="00977AF8" w:rsidRPr="00D67A4A">
              <w:rPr>
                <w:rFonts w:ascii="Arial" w:hAnsi="Arial" w:cs="Arial"/>
              </w:rPr>
              <w:t>€</w:t>
            </w:r>
          </w:p>
        </w:tc>
        <w:tc>
          <w:tcPr>
            <w:tcW w:w="1530" w:type="dxa"/>
          </w:tcPr>
          <w:p w14:paraId="33E0418A" w14:textId="77777777" w:rsidR="009B3E7F" w:rsidRPr="00D67A4A" w:rsidRDefault="009B3E7F" w:rsidP="009B3E7F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246" w:type="dxa"/>
            <w:shd w:val="clear" w:color="auto" w:fill="FBD4B4" w:themeFill="accent6" w:themeFillTint="66"/>
          </w:tcPr>
          <w:p w14:paraId="3D3F1982" w14:textId="13B3751C" w:rsidR="009B3E7F" w:rsidRPr="00D67A4A" w:rsidRDefault="009B3E7F" w:rsidP="009B3E7F">
            <w:pPr>
              <w:spacing w:line="480" w:lineRule="auto"/>
              <w:rPr>
                <w:rFonts w:ascii="Arial" w:hAnsi="Arial" w:cs="Arial"/>
                <w:b/>
                <w:bCs/>
              </w:rPr>
            </w:pPr>
            <w:r w:rsidRPr="00D67A4A">
              <w:rPr>
                <w:rFonts w:ascii="Arial" w:hAnsi="Arial" w:cs="Arial"/>
                <w:b/>
                <w:bCs/>
              </w:rPr>
              <w:t>TOTAL</w:t>
            </w:r>
            <w:r w:rsidR="00977AF8">
              <w:rPr>
                <w:rFonts w:ascii="Arial" w:hAnsi="Arial" w:cs="Arial"/>
                <w:b/>
                <w:bCs/>
              </w:rPr>
              <w:t xml:space="preserve"> in </w:t>
            </w:r>
            <w:r w:rsidR="00977AF8" w:rsidRPr="00D67A4A">
              <w:rPr>
                <w:rFonts w:ascii="Arial" w:hAnsi="Arial" w:cs="Arial"/>
              </w:rPr>
              <w:t>€</w:t>
            </w:r>
          </w:p>
        </w:tc>
        <w:tc>
          <w:tcPr>
            <w:tcW w:w="2007" w:type="dxa"/>
          </w:tcPr>
          <w:p w14:paraId="38C269EB" w14:textId="77777777" w:rsidR="009B3E7F" w:rsidRPr="00D67A4A" w:rsidRDefault="009B3E7F">
            <w:pPr>
              <w:rPr>
                <w:rFonts w:ascii="Arial" w:hAnsi="Arial" w:cs="Arial"/>
              </w:rPr>
            </w:pPr>
          </w:p>
        </w:tc>
      </w:tr>
    </w:tbl>
    <w:p w14:paraId="7F16840B" w14:textId="77777777" w:rsidR="00C71A5A" w:rsidRPr="00D67A4A" w:rsidRDefault="00C71A5A"/>
    <w:p w14:paraId="67A6A03B" w14:textId="77777777" w:rsidR="009B3E7F" w:rsidRPr="00D67A4A" w:rsidRDefault="009B3E7F"/>
    <w:p w14:paraId="7CA26E61" w14:textId="77777777" w:rsidR="007447A9" w:rsidRPr="00D67A4A" w:rsidRDefault="007447A9" w:rsidP="00623800">
      <w:pPr>
        <w:pStyle w:val="Titre1"/>
        <w:rPr>
          <w:rFonts w:ascii="Arial" w:hAnsi="Arial" w:cs="Arial"/>
          <w:color w:val="auto"/>
          <w:sz w:val="22"/>
          <w:szCs w:val="22"/>
          <w:u w:val="single"/>
        </w:rPr>
      </w:pPr>
      <w:r w:rsidRPr="00D67A4A">
        <w:rPr>
          <w:rFonts w:ascii="Arial" w:hAnsi="Arial" w:cs="Arial"/>
          <w:color w:val="auto"/>
          <w:sz w:val="22"/>
          <w:szCs w:val="22"/>
          <w:u w:val="single"/>
        </w:rPr>
        <w:lastRenderedPageBreak/>
        <w:t>FAMILY AND TAX STATUS</w:t>
      </w:r>
    </w:p>
    <w:p w14:paraId="0A0C5A93" w14:textId="576D4FCC" w:rsidR="007447A9" w:rsidRPr="00D67A4A" w:rsidRDefault="007447A9" w:rsidP="00623800">
      <w:pPr>
        <w:pStyle w:val="Titre1"/>
        <w:rPr>
          <w:rFonts w:ascii="Arial" w:hAnsi="Arial" w:cs="Arial"/>
          <w:color w:val="auto"/>
          <w:sz w:val="22"/>
          <w:szCs w:val="22"/>
        </w:rPr>
      </w:pPr>
      <w:r w:rsidRPr="00D67A4A">
        <w:rPr>
          <w:rFonts w:ascii="Arial" w:hAnsi="Arial" w:cs="Arial"/>
          <w:color w:val="auto"/>
          <w:sz w:val="22"/>
          <w:szCs w:val="22"/>
        </w:rPr>
        <w:t xml:space="preserve">A. Student financially independent </w:t>
      </w:r>
      <w:r w:rsidR="00977AF8">
        <w:rPr>
          <w:rFonts w:ascii="Arial" w:hAnsi="Arial" w:cs="Arial"/>
          <w:color w:val="auto"/>
          <w:sz w:val="22"/>
          <w:szCs w:val="22"/>
        </w:rPr>
        <w:t>of</w:t>
      </w:r>
      <w:r w:rsidR="00977AF8" w:rsidRPr="00D67A4A">
        <w:rPr>
          <w:rFonts w:ascii="Arial" w:hAnsi="Arial" w:cs="Arial"/>
          <w:color w:val="auto"/>
          <w:sz w:val="22"/>
          <w:szCs w:val="22"/>
        </w:rPr>
        <w:t xml:space="preserve"> </w:t>
      </w:r>
      <w:r w:rsidRPr="00D67A4A">
        <w:rPr>
          <w:rFonts w:ascii="Arial" w:hAnsi="Arial" w:cs="Arial"/>
          <w:color w:val="auto"/>
          <w:sz w:val="22"/>
          <w:szCs w:val="22"/>
        </w:rPr>
        <w:t>parents</w:t>
      </w:r>
      <w:r w:rsidRPr="00D67A4A">
        <w:rPr>
          <w:rFonts w:ascii="Arial" w:hAnsi="Arial" w:cs="Arial"/>
          <w:color w:val="auto"/>
          <w:sz w:val="22"/>
          <w:szCs w:val="22"/>
        </w:rPr>
        <w:br/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(As defined in Article 11 of the tuition fee regulations</w:t>
      </w:r>
      <w:r w:rsidR="00330BE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, the 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student’s</w:t>
      </w:r>
      <w:r w:rsidR="00330BE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taxable revenue 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is considered)</w:t>
      </w:r>
    </w:p>
    <w:p w14:paraId="7BD14799" w14:textId="35CA909D" w:rsidR="007447A9" w:rsidRPr="00D67A4A" w:rsidRDefault="007447A9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Marital status: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</w:r>
      <w:r w:rsidRPr="00D67A4A">
        <w:rPr>
          <w:rFonts w:ascii="Segoe UI Symbol" w:hAnsi="Segoe UI Symbol" w:cs="Segoe UI Symbol"/>
          <w:b w:val="0"/>
          <w:bCs w:val="0"/>
          <w:color w:val="auto"/>
          <w:sz w:val="22"/>
          <w:szCs w:val="22"/>
        </w:rPr>
        <w:t>☐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Single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</w:r>
      <w:r w:rsidRPr="00D67A4A">
        <w:rPr>
          <w:rFonts w:ascii="Segoe UI Symbol" w:hAnsi="Segoe UI Symbol" w:cs="Segoe UI Symbol"/>
          <w:b w:val="0"/>
          <w:bCs w:val="0"/>
          <w:color w:val="auto"/>
          <w:sz w:val="22"/>
          <w:szCs w:val="22"/>
        </w:rPr>
        <w:t>☐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Married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</w:r>
      <w:r w:rsidRPr="00D67A4A">
        <w:rPr>
          <w:rFonts w:ascii="Segoe UI Symbol" w:hAnsi="Segoe UI Symbol" w:cs="Segoe UI Symbol"/>
          <w:b w:val="0"/>
          <w:bCs w:val="0"/>
          <w:color w:val="auto"/>
          <w:sz w:val="22"/>
          <w:szCs w:val="22"/>
        </w:rPr>
        <w:t>☐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In a civil partnership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</w:r>
      <w:r w:rsidRPr="00D67A4A">
        <w:rPr>
          <w:rFonts w:ascii="Segoe UI Symbol" w:hAnsi="Segoe UI Symbol" w:cs="Segoe UI Symbol"/>
          <w:b w:val="0"/>
          <w:bCs w:val="0"/>
          <w:color w:val="auto"/>
          <w:sz w:val="22"/>
          <w:szCs w:val="22"/>
        </w:rPr>
        <w:t>☐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Cohabiting</w:t>
      </w:r>
    </w:p>
    <w:p w14:paraId="6CF7135F" w14:textId="44390E1A" w:rsidR="00623800" w:rsidRPr="00D67A4A" w:rsidRDefault="007447A9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Number of dependents:</w:t>
      </w:r>
      <w:r w:rsidR="00623800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  <w:t>..................................................................................................................</w:t>
      </w:r>
    </w:p>
    <w:p w14:paraId="5DAF15A0" w14:textId="2488F722" w:rsidR="00623800" w:rsidRPr="00D67A4A" w:rsidRDefault="007447A9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Occupation of spouse or partner:</w:t>
      </w:r>
      <w:r w:rsidR="00623800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  <w:t>..................................................................................................................</w:t>
      </w:r>
    </w:p>
    <w:p w14:paraId="07CBD294" w14:textId="5905E740" w:rsidR="00FD0A30" w:rsidRPr="00D67A4A" w:rsidRDefault="00330BEA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>
        <w:rPr>
          <w:rFonts w:ascii="Arial" w:hAnsi="Arial" w:cs="Arial"/>
          <w:b w:val="0"/>
          <w:bCs w:val="0"/>
          <w:color w:val="auto"/>
          <w:sz w:val="22"/>
          <w:szCs w:val="22"/>
        </w:rPr>
        <w:t>T</w:t>
      </w:r>
      <w:r w:rsidR="00FD0A30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ax</w:t>
      </w:r>
      <w:r>
        <w:rPr>
          <w:rFonts w:ascii="Arial" w:hAnsi="Arial" w:cs="Arial"/>
          <w:b w:val="0"/>
          <w:bCs w:val="0"/>
          <w:color w:val="auto"/>
          <w:sz w:val="22"/>
          <w:szCs w:val="22"/>
        </w:rPr>
        <w:t>able</w:t>
      </w:r>
      <w:r w:rsidR="00FD0A30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income:</w:t>
      </w:r>
      <w:r w:rsidR="00FD0A30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</w:r>
      <w:r w:rsidR="00FD0A30" w:rsidRPr="00D67A4A">
        <w:rPr>
          <w:rFonts w:ascii="Segoe UI Symbol" w:hAnsi="Segoe UI Symbol" w:cs="Segoe UI Symbol"/>
          <w:b w:val="0"/>
          <w:bCs w:val="0"/>
          <w:color w:val="auto"/>
          <w:sz w:val="22"/>
          <w:szCs w:val="22"/>
        </w:rPr>
        <w:t>☐</w:t>
      </w:r>
      <w:r w:rsidR="00FD0A30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Student’s tax</w:t>
      </w:r>
      <w:r>
        <w:rPr>
          <w:rFonts w:ascii="Arial" w:hAnsi="Arial" w:cs="Arial"/>
          <w:b w:val="0"/>
          <w:bCs w:val="0"/>
          <w:color w:val="auto"/>
          <w:sz w:val="22"/>
          <w:szCs w:val="22"/>
        </w:rPr>
        <w:t>able</w:t>
      </w:r>
      <w:r w:rsidR="00FD0A30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income: ........................................ €</w:t>
      </w:r>
      <w:r w:rsidR="00FD0A30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</w:r>
      <w:r w:rsidR="00FD0A30" w:rsidRPr="00D67A4A">
        <w:rPr>
          <w:rFonts w:ascii="Segoe UI Symbol" w:hAnsi="Segoe UI Symbol" w:cs="Segoe UI Symbol"/>
          <w:b w:val="0"/>
          <w:bCs w:val="0"/>
          <w:color w:val="auto"/>
          <w:sz w:val="22"/>
          <w:szCs w:val="22"/>
        </w:rPr>
        <w:t>☐</w:t>
      </w:r>
      <w:r w:rsidR="00FD0A30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color w:val="auto"/>
          <w:sz w:val="22"/>
          <w:szCs w:val="22"/>
        </w:rPr>
        <w:t>Partner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’s </w:t>
      </w:r>
      <w:r w:rsidR="00FD0A30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tax</w:t>
      </w:r>
      <w:r>
        <w:rPr>
          <w:rFonts w:ascii="Arial" w:hAnsi="Arial" w:cs="Arial"/>
          <w:b w:val="0"/>
          <w:bCs w:val="0"/>
          <w:color w:val="auto"/>
          <w:sz w:val="22"/>
          <w:szCs w:val="22"/>
        </w:rPr>
        <w:t>able</w:t>
      </w:r>
      <w:r w:rsidR="00FD0A30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income: ........................................ €</w:t>
      </w:r>
    </w:p>
    <w:p w14:paraId="6E8BCEFB" w14:textId="322D1D5A" w:rsidR="00623800" w:rsidRPr="00D67A4A" w:rsidRDefault="00081A6F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>
        <w:pict w14:anchorId="78C94893">
          <v:rect id="Horizontal Line 1" o:spid="_x0000_s1026" alt="" style="width:6in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049069F3" w14:textId="7DF17BF3" w:rsidR="00623800" w:rsidRPr="00D67A4A" w:rsidRDefault="00623800" w:rsidP="00623800">
      <w:pPr>
        <w:pStyle w:val="Titre1"/>
        <w:rPr>
          <w:rFonts w:ascii="Arial" w:hAnsi="Arial" w:cs="Arial"/>
          <w:color w:val="auto"/>
          <w:sz w:val="22"/>
          <w:szCs w:val="22"/>
        </w:rPr>
      </w:pPr>
      <w:r w:rsidRPr="00D67A4A">
        <w:rPr>
          <w:rFonts w:ascii="Arial" w:hAnsi="Arial" w:cs="Arial"/>
          <w:color w:val="auto"/>
          <w:sz w:val="22"/>
          <w:szCs w:val="22"/>
        </w:rPr>
        <w:t xml:space="preserve">B. </w:t>
      </w:r>
      <w:r w:rsidR="00322EDE" w:rsidRPr="00D67A4A">
        <w:rPr>
          <w:rFonts w:ascii="Arial" w:hAnsi="Arial" w:cs="Arial"/>
          <w:color w:val="auto"/>
          <w:sz w:val="22"/>
          <w:szCs w:val="22"/>
        </w:rPr>
        <w:t xml:space="preserve">Student </w:t>
      </w:r>
      <w:r w:rsidR="00330BEA">
        <w:rPr>
          <w:rFonts w:ascii="Arial" w:hAnsi="Arial" w:cs="Arial"/>
          <w:color w:val="auto"/>
          <w:sz w:val="22"/>
          <w:szCs w:val="22"/>
        </w:rPr>
        <w:t>financially</w:t>
      </w:r>
      <w:r w:rsidR="00330BEA" w:rsidRPr="00D67A4A">
        <w:rPr>
          <w:rFonts w:ascii="Arial" w:hAnsi="Arial" w:cs="Arial"/>
          <w:color w:val="auto"/>
          <w:sz w:val="22"/>
          <w:szCs w:val="22"/>
        </w:rPr>
        <w:t xml:space="preserve"> </w:t>
      </w:r>
      <w:r w:rsidR="00322EDE" w:rsidRPr="00D67A4A">
        <w:rPr>
          <w:rFonts w:ascii="Arial" w:hAnsi="Arial" w:cs="Arial"/>
          <w:color w:val="auto"/>
          <w:sz w:val="22"/>
          <w:szCs w:val="22"/>
        </w:rPr>
        <w:t>dependent on parents</w:t>
      </w:r>
    </w:p>
    <w:p w14:paraId="3E3177D2" w14:textId="77777777" w:rsidR="007C7BB0" w:rsidRPr="00D67A4A" w:rsidRDefault="007C7BB0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Family situation: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</w:r>
      <w:r w:rsidRPr="00D67A4A">
        <w:rPr>
          <w:rFonts w:ascii="Segoe UI Symbol" w:hAnsi="Segoe UI Symbol" w:cs="Segoe UI Symbol"/>
          <w:b w:val="0"/>
          <w:bCs w:val="0"/>
          <w:color w:val="auto"/>
          <w:sz w:val="22"/>
          <w:szCs w:val="22"/>
        </w:rPr>
        <w:t>☐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Single, counted as a dependent of parents</w:t>
      </w:r>
    </w:p>
    <w:p w14:paraId="2DDB8143" w14:textId="77777777" w:rsidR="007C7BB0" w:rsidRPr="00D67A4A" w:rsidRDefault="007C7BB0" w:rsidP="007C7BB0"/>
    <w:p w14:paraId="1D3751DE" w14:textId="1D58DABE" w:rsidR="007C7BB0" w:rsidRPr="00D67A4A" w:rsidRDefault="007C7BB0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lastRenderedPageBreak/>
        <w:t>Number of parents</w:t>
      </w:r>
      <w:r w:rsidR="00330BEA">
        <w:rPr>
          <w:rFonts w:ascii="Arial" w:hAnsi="Arial" w:cs="Arial"/>
          <w:b w:val="0"/>
          <w:bCs w:val="0"/>
          <w:color w:val="auto"/>
          <w:sz w:val="22"/>
          <w:szCs w:val="22"/>
        </w:rPr>
        <w:t>’ dependents (including the student)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: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  <w:t>..................................................................................................................</w:t>
      </w:r>
    </w:p>
    <w:p w14:paraId="63FE83FE" w14:textId="77777777" w:rsidR="007C7BB0" w:rsidRPr="00D67A4A" w:rsidRDefault="007C7BB0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Father’s occupation: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  <w:t>..................................................................................................................</w:t>
      </w:r>
    </w:p>
    <w:p w14:paraId="3C296445" w14:textId="77777777" w:rsidR="007C7BB0" w:rsidRPr="00D67A4A" w:rsidRDefault="007C7BB0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Mother’s occupation: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  <w:t>..................................................................................................................</w:t>
      </w:r>
    </w:p>
    <w:p w14:paraId="064D6C5D" w14:textId="6B907467" w:rsidR="00623800" w:rsidRPr="00D67A4A" w:rsidRDefault="007C7BB0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Parents’ tax</w:t>
      </w:r>
      <w:r w:rsidR="00330BEA">
        <w:rPr>
          <w:rFonts w:ascii="Arial" w:hAnsi="Arial" w:cs="Arial"/>
          <w:b w:val="0"/>
          <w:bCs w:val="0"/>
          <w:color w:val="auto"/>
          <w:sz w:val="22"/>
          <w:szCs w:val="22"/>
        </w:rPr>
        <w:t>able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income: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  <w:t>........................................ €</w:t>
      </w:r>
    </w:p>
    <w:p w14:paraId="6342D55E" w14:textId="28DB62D3" w:rsidR="00623800" w:rsidRPr="00D67A4A" w:rsidRDefault="00FD0A30" w:rsidP="00623800">
      <w:pPr>
        <w:pStyle w:val="Titre1"/>
        <w:rPr>
          <w:rFonts w:ascii="Arial" w:hAnsi="Arial" w:cs="Arial"/>
          <w:color w:val="auto"/>
          <w:sz w:val="22"/>
          <w:szCs w:val="22"/>
        </w:rPr>
      </w:pPr>
      <w:r w:rsidRPr="00D67A4A">
        <w:rPr>
          <w:rFonts w:ascii="Arial" w:hAnsi="Arial" w:cs="Arial"/>
          <w:color w:val="auto"/>
          <w:sz w:val="22"/>
          <w:szCs w:val="22"/>
        </w:rPr>
        <w:t>Special Circumstances</w:t>
      </w:r>
    </w:p>
    <w:p w14:paraId="16007016" w14:textId="31B244ED" w:rsidR="00623800" w:rsidRPr="00D67A4A" w:rsidRDefault="00623800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67A4A">
        <w:rPr>
          <w:rFonts w:ascii="Segoe UI Symbol" w:hAnsi="Segoe UI Symbol" w:cs="Segoe UI Symbol"/>
          <w:b w:val="0"/>
          <w:bCs w:val="0"/>
          <w:color w:val="auto"/>
          <w:sz w:val="22"/>
          <w:szCs w:val="22"/>
        </w:rPr>
        <w:t>☐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 w:rsidR="00360413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Single</w:t>
      </w:r>
      <w:r w:rsidR="00FD0A30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p</w:t>
      </w:r>
      <w:r w:rsidR="00360413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arent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</w:r>
      <w:r w:rsidRPr="00D67A4A">
        <w:rPr>
          <w:rFonts w:ascii="Segoe UI Symbol" w:hAnsi="Segoe UI Symbol" w:cs="Segoe UI Symbol"/>
          <w:b w:val="0"/>
          <w:bCs w:val="0"/>
          <w:color w:val="auto"/>
          <w:sz w:val="22"/>
          <w:szCs w:val="22"/>
        </w:rPr>
        <w:t>☐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 w:rsidR="00360413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Family breakdown (attach a sworn statement, social worker document, etc.)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</w:r>
      <w:r w:rsidRPr="00D67A4A">
        <w:rPr>
          <w:rFonts w:ascii="Segoe UI Symbol" w:hAnsi="Segoe UI Symbol" w:cs="Segoe UI Symbol"/>
          <w:b w:val="0"/>
          <w:bCs w:val="0"/>
          <w:color w:val="auto"/>
          <w:sz w:val="22"/>
          <w:szCs w:val="22"/>
        </w:rPr>
        <w:t>☐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 w:rsidR="00360413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Refugee student or beneficiary of international protection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</w:r>
      <w:r w:rsidRPr="00D67A4A">
        <w:rPr>
          <w:rFonts w:ascii="Segoe UI Symbol" w:hAnsi="Segoe UI Symbol" w:cs="Segoe UI Symbol"/>
          <w:b w:val="0"/>
          <w:bCs w:val="0"/>
          <w:color w:val="auto"/>
          <w:sz w:val="22"/>
          <w:szCs w:val="22"/>
        </w:rPr>
        <w:t>☐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 w:rsidR="00360413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Orphaned student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br/>
      </w:r>
      <w:r w:rsidRPr="00D67A4A">
        <w:rPr>
          <w:rFonts w:ascii="Segoe UI Symbol" w:hAnsi="Segoe UI Symbol" w:cs="Segoe UI Symbol"/>
          <w:b w:val="0"/>
          <w:bCs w:val="0"/>
          <w:color w:val="auto"/>
          <w:sz w:val="22"/>
          <w:szCs w:val="22"/>
        </w:rPr>
        <w:t>☐</w:t>
      </w: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</w:t>
      </w:r>
      <w:r w:rsidR="00360413"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Other special situation</w:t>
      </w:r>
    </w:p>
    <w:p w14:paraId="29D8B5EA" w14:textId="35E79384" w:rsidR="00623800" w:rsidRPr="00D67A4A" w:rsidRDefault="00FC5042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Additional details (if any):</w:t>
      </w:r>
    </w:p>
    <w:p w14:paraId="79C79524" w14:textId="77777777" w:rsidR="00623800" w:rsidRPr="00D67A4A" w:rsidRDefault="00623800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..................................................................................................................</w:t>
      </w:r>
    </w:p>
    <w:p w14:paraId="78B17CB0" w14:textId="77777777" w:rsidR="00623800" w:rsidRPr="00D67A4A" w:rsidRDefault="00623800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..................................................................................................................</w:t>
      </w:r>
    </w:p>
    <w:p w14:paraId="4C095A75" w14:textId="77777777" w:rsidR="00623800" w:rsidRPr="00D67A4A" w:rsidRDefault="00623800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D67A4A">
        <w:rPr>
          <w:rFonts w:ascii="Arial" w:hAnsi="Arial" w:cs="Arial"/>
          <w:b w:val="0"/>
          <w:bCs w:val="0"/>
          <w:color w:val="auto"/>
          <w:sz w:val="22"/>
          <w:szCs w:val="22"/>
        </w:rPr>
        <w:t>..................................................................................................................</w:t>
      </w:r>
    </w:p>
    <w:p w14:paraId="73121AFE" w14:textId="77777777" w:rsidR="009B3E7F" w:rsidRPr="00D67A4A" w:rsidRDefault="009B3E7F" w:rsidP="00623800">
      <w:pPr>
        <w:pStyle w:val="Titre1"/>
        <w:rPr>
          <w:rFonts w:ascii="Arial" w:hAnsi="Arial" w:cs="Arial"/>
          <w:b w:val="0"/>
          <w:bCs w:val="0"/>
          <w:color w:val="auto"/>
          <w:sz w:val="22"/>
          <w:szCs w:val="22"/>
        </w:rPr>
      </w:pPr>
    </w:p>
    <w:p w14:paraId="2A88F5B2" w14:textId="77777777" w:rsidR="009B3E7F" w:rsidRPr="00D67A4A" w:rsidRDefault="009B3E7F"/>
    <w:p w14:paraId="711555B0" w14:textId="77777777" w:rsidR="00623800" w:rsidRPr="00D67A4A" w:rsidRDefault="00623800"/>
    <w:p w14:paraId="4266532D" w14:textId="77777777" w:rsidR="00623800" w:rsidRPr="00D67A4A" w:rsidRDefault="00623800"/>
    <w:p w14:paraId="74E78007" w14:textId="77777777" w:rsidR="00623800" w:rsidRPr="00D67A4A" w:rsidRDefault="00623800"/>
    <w:p w14:paraId="333B0D31" w14:textId="77777777" w:rsidR="004935F6" w:rsidRPr="00D67A4A" w:rsidRDefault="004935F6"/>
    <w:p w14:paraId="2FF6764C" w14:textId="40186EC4" w:rsidR="00623800" w:rsidRPr="00D67A4A" w:rsidRDefault="004342CB" w:rsidP="00623800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67A4A">
        <w:rPr>
          <w:rFonts w:ascii="Arial" w:hAnsi="Arial" w:cs="Arial"/>
          <w:b/>
          <w:bCs/>
          <w:sz w:val="24"/>
          <w:szCs w:val="24"/>
          <w:u w:val="single"/>
        </w:rPr>
        <w:lastRenderedPageBreak/>
        <w:t>Sworn statement</w:t>
      </w:r>
    </w:p>
    <w:p w14:paraId="6E5E3DFB" w14:textId="42CCB120" w:rsidR="00623800" w:rsidRPr="00D67A4A" w:rsidRDefault="00623800" w:rsidP="00623800">
      <w:pPr>
        <w:jc w:val="center"/>
        <w:rPr>
          <w:rFonts w:ascii="Arial" w:hAnsi="Arial" w:cs="Arial"/>
        </w:rPr>
      </w:pPr>
      <w:r w:rsidRPr="00D67A4A">
        <w:rPr>
          <w:rFonts w:ascii="Arial" w:hAnsi="Arial" w:cs="Arial"/>
        </w:rPr>
        <w:br/>
      </w:r>
      <w:r w:rsidRPr="00D67A4A">
        <w:rPr>
          <w:rFonts w:ascii="Arial" w:hAnsi="Arial" w:cs="Arial"/>
        </w:rPr>
        <w:br/>
      </w:r>
      <w:r w:rsidR="004342CB" w:rsidRPr="00D67A4A">
        <w:rPr>
          <w:rFonts w:ascii="Arial" w:hAnsi="Arial" w:cs="Arial"/>
        </w:rPr>
        <w:t>I, undersigned</w:t>
      </w:r>
      <w:r w:rsidRPr="00D67A4A">
        <w:rPr>
          <w:rFonts w:ascii="Arial" w:hAnsi="Arial" w:cs="Arial"/>
        </w:rPr>
        <w:t xml:space="preserve"> ……………………………</w:t>
      </w:r>
    </w:p>
    <w:p w14:paraId="5C95693A" w14:textId="1AAD12F9" w:rsidR="004342CB" w:rsidRPr="00D67A4A" w:rsidRDefault="004342CB" w:rsidP="004342CB">
      <w:pPr>
        <w:spacing w:line="360" w:lineRule="auto"/>
        <w:rPr>
          <w:rFonts w:ascii="Arial" w:hAnsi="Arial" w:cs="Arial"/>
        </w:rPr>
      </w:pPr>
      <w:r w:rsidRPr="00D67A4A">
        <w:rPr>
          <w:rFonts w:ascii="Arial" w:hAnsi="Arial" w:cs="Arial"/>
        </w:rPr>
        <w:t>hereby certify on my honor the accuracy of my declarations and confirm that I have read the regulations regarding registration fees as well as those of the appeals committee for leniency.</w:t>
      </w:r>
    </w:p>
    <w:p w14:paraId="6AF2C975" w14:textId="77777777" w:rsidR="004342CB" w:rsidRPr="00D67A4A" w:rsidRDefault="004342CB" w:rsidP="004342CB">
      <w:pPr>
        <w:spacing w:line="360" w:lineRule="auto"/>
        <w:rPr>
          <w:rFonts w:ascii="Arial" w:hAnsi="Arial" w:cs="Arial"/>
        </w:rPr>
      </w:pPr>
      <w:r w:rsidRPr="00D67A4A">
        <w:rPr>
          <w:rFonts w:ascii="Arial" w:hAnsi="Arial" w:cs="Arial"/>
        </w:rPr>
        <w:t>I am aware that fraud, document forgery, false statements, and their attempts are criminal offenses punishable under the French Penal Code, specifically Articles 313-1 to 313-3, 441-1 to 441-2, and 441-7. The penalties for these offenses range from three to seven years of imprisonment and fines of up to €750,000.</w:t>
      </w:r>
    </w:p>
    <w:p w14:paraId="7F278336" w14:textId="77777777" w:rsidR="004342CB" w:rsidRPr="00D67A4A" w:rsidRDefault="004342CB" w:rsidP="004342CB">
      <w:pPr>
        <w:spacing w:line="360" w:lineRule="auto"/>
        <w:rPr>
          <w:rFonts w:ascii="Arial" w:hAnsi="Arial" w:cs="Arial"/>
        </w:rPr>
      </w:pPr>
      <w:r w:rsidRPr="00D67A4A">
        <w:rPr>
          <w:rFonts w:ascii="Arial" w:hAnsi="Arial" w:cs="Arial"/>
        </w:rPr>
        <w:t>I am also aware that fraud or attempted fraud related to registration may also be subject to disciplinary proceedings under Article R.811-11 of the French Education Code. Any sanction imposed due to registration fraud will result in the nullification of the registration under Article R.811-36 of the French Education Code. The nullification of registration consequently invalidates exams or diplomas due to the retroactive loss of student status.</w:t>
      </w:r>
    </w:p>
    <w:p w14:paraId="29E1BC9C" w14:textId="77777777" w:rsidR="004342CB" w:rsidRPr="00D67A4A" w:rsidRDefault="004342CB" w:rsidP="004342CB">
      <w:pPr>
        <w:spacing w:line="360" w:lineRule="auto"/>
        <w:rPr>
          <w:rFonts w:ascii="Arial" w:hAnsi="Arial" w:cs="Arial"/>
        </w:rPr>
      </w:pPr>
      <w:r w:rsidRPr="00D67A4A">
        <w:rPr>
          <w:rFonts w:ascii="Arial" w:hAnsi="Arial" w:cs="Arial"/>
        </w:rPr>
        <w:t>This statement is made for all legal purposes.</w:t>
      </w:r>
    </w:p>
    <w:p w14:paraId="54143B51" w14:textId="77777777" w:rsidR="00623800" w:rsidRPr="00D67A4A" w:rsidRDefault="00623800" w:rsidP="00623800">
      <w:pPr>
        <w:spacing w:line="360" w:lineRule="auto"/>
        <w:rPr>
          <w:rFonts w:ascii="Arial" w:hAnsi="Arial" w:cs="Arial"/>
        </w:rPr>
      </w:pPr>
      <w:r w:rsidRPr="00D67A4A">
        <w:rPr>
          <w:rFonts w:ascii="Arial" w:hAnsi="Arial" w:cs="Arial"/>
        </w:rPr>
        <w:t xml:space="preserve">Date : |__|__|/|__|__|/|__|__|__|__| </w:t>
      </w:r>
    </w:p>
    <w:p w14:paraId="1A53BD4F" w14:textId="3D6C49F7" w:rsidR="00623800" w:rsidRPr="00D67A4A" w:rsidRDefault="00241D11" w:rsidP="00623800">
      <w:pPr>
        <w:spacing w:line="360" w:lineRule="auto"/>
        <w:rPr>
          <w:rFonts w:ascii="Arial" w:hAnsi="Arial" w:cs="Arial"/>
        </w:rPr>
      </w:pPr>
      <w:r w:rsidRPr="00D67A4A">
        <w:rPr>
          <w:rFonts w:ascii="Arial" w:hAnsi="Arial" w:cs="Arial"/>
        </w:rPr>
        <w:t>Signature (mandatory)</w:t>
      </w:r>
      <w:r w:rsidR="00623800" w:rsidRPr="00D67A4A">
        <w:rPr>
          <w:rFonts w:ascii="Arial" w:hAnsi="Arial" w:cs="Arial"/>
        </w:rPr>
        <w:t xml:space="preserve"> :</w:t>
      </w:r>
    </w:p>
    <w:p w14:paraId="79D9EBC1" w14:textId="77777777" w:rsidR="00623800" w:rsidRPr="00D67A4A" w:rsidRDefault="00623800" w:rsidP="00623800">
      <w:pPr>
        <w:spacing w:line="360" w:lineRule="auto"/>
        <w:rPr>
          <w:rFonts w:ascii="Arial" w:hAnsi="Arial" w:cs="Arial"/>
        </w:rPr>
      </w:pPr>
    </w:p>
    <w:sectPr w:rsidR="00623800" w:rsidRPr="00D67A4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A4D73" w14:textId="77777777" w:rsidR="00081A6F" w:rsidRDefault="00081A6F" w:rsidP="009B3E7F">
      <w:pPr>
        <w:spacing w:after="0" w:line="240" w:lineRule="auto"/>
      </w:pPr>
      <w:r>
        <w:separator/>
      </w:r>
    </w:p>
  </w:endnote>
  <w:endnote w:type="continuationSeparator" w:id="0">
    <w:p w14:paraId="102B8AC9" w14:textId="77777777" w:rsidR="00081A6F" w:rsidRDefault="00081A6F" w:rsidP="009B3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3D3F1" w14:textId="77777777" w:rsidR="00081A6F" w:rsidRDefault="00081A6F" w:rsidP="009B3E7F">
      <w:pPr>
        <w:spacing w:after="0" w:line="240" w:lineRule="auto"/>
      </w:pPr>
      <w:r>
        <w:separator/>
      </w:r>
    </w:p>
  </w:footnote>
  <w:footnote w:type="continuationSeparator" w:id="0">
    <w:p w14:paraId="1CADE219" w14:textId="77777777" w:rsidR="00081A6F" w:rsidRDefault="00081A6F" w:rsidP="009B3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0215F3"/>
    <w:multiLevelType w:val="multilevel"/>
    <w:tmpl w:val="8FD2E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F363B3"/>
    <w:multiLevelType w:val="multilevel"/>
    <w:tmpl w:val="3418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F767B5"/>
    <w:multiLevelType w:val="hybridMultilevel"/>
    <w:tmpl w:val="2990CAF6"/>
    <w:lvl w:ilvl="0" w:tplc="F8C8C8DC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078088">
    <w:abstractNumId w:val="8"/>
  </w:num>
  <w:num w:numId="2" w16cid:durableId="1292521732">
    <w:abstractNumId w:val="6"/>
  </w:num>
  <w:num w:numId="3" w16cid:durableId="901716505">
    <w:abstractNumId w:val="5"/>
  </w:num>
  <w:num w:numId="4" w16cid:durableId="468598641">
    <w:abstractNumId w:val="4"/>
  </w:num>
  <w:num w:numId="5" w16cid:durableId="44186107">
    <w:abstractNumId w:val="7"/>
  </w:num>
  <w:num w:numId="6" w16cid:durableId="743796590">
    <w:abstractNumId w:val="3"/>
  </w:num>
  <w:num w:numId="7" w16cid:durableId="538706266">
    <w:abstractNumId w:val="2"/>
  </w:num>
  <w:num w:numId="8" w16cid:durableId="1500852791">
    <w:abstractNumId w:val="1"/>
  </w:num>
  <w:num w:numId="9" w16cid:durableId="34938318">
    <w:abstractNumId w:val="0"/>
  </w:num>
  <w:num w:numId="10" w16cid:durableId="1510172314">
    <w:abstractNumId w:val="10"/>
  </w:num>
  <w:num w:numId="11" w16cid:durableId="591822447">
    <w:abstractNumId w:val="9"/>
  </w:num>
  <w:num w:numId="12" w16cid:durableId="9283905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7388"/>
    <w:rsid w:val="0006063C"/>
    <w:rsid w:val="0006476E"/>
    <w:rsid w:val="00081A6F"/>
    <w:rsid w:val="000C3706"/>
    <w:rsid w:val="00115E11"/>
    <w:rsid w:val="0015074B"/>
    <w:rsid w:val="00156DB0"/>
    <w:rsid w:val="001B2FF6"/>
    <w:rsid w:val="001F16FC"/>
    <w:rsid w:val="00241D11"/>
    <w:rsid w:val="00266DD8"/>
    <w:rsid w:val="0029639D"/>
    <w:rsid w:val="003178FB"/>
    <w:rsid w:val="00322EDE"/>
    <w:rsid w:val="00326F90"/>
    <w:rsid w:val="00330BEA"/>
    <w:rsid w:val="00360413"/>
    <w:rsid w:val="00371AA0"/>
    <w:rsid w:val="00410841"/>
    <w:rsid w:val="004342CB"/>
    <w:rsid w:val="00480937"/>
    <w:rsid w:val="004935F6"/>
    <w:rsid w:val="004C0BC8"/>
    <w:rsid w:val="004C4568"/>
    <w:rsid w:val="004F3B81"/>
    <w:rsid w:val="00585A06"/>
    <w:rsid w:val="005A020C"/>
    <w:rsid w:val="005A5D80"/>
    <w:rsid w:val="005D3F57"/>
    <w:rsid w:val="00623800"/>
    <w:rsid w:val="006D1C97"/>
    <w:rsid w:val="006E6040"/>
    <w:rsid w:val="007447A9"/>
    <w:rsid w:val="00781375"/>
    <w:rsid w:val="0079055D"/>
    <w:rsid w:val="007C7BB0"/>
    <w:rsid w:val="007F63A6"/>
    <w:rsid w:val="008756AE"/>
    <w:rsid w:val="008C4A27"/>
    <w:rsid w:val="00920042"/>
    <w:rsid w:val="00924047"/>
    <w:rsid w:val="00927076"/>
    <w:rsid w:val="00977AF8"/>
    <w:rsid w:val="009B3E7F"/>
    <w:rsid w:val="009C7284"/>
    <w:rsid w:val="00A56BF9"/>
    <w:rsid w:val="00A643B0"/>
    <w:rsid w:val="00AA1D8D"/>
    <w:rsid w:val="00B47730"/>
    <w:rsid w:val="00B83C44"/>
    <w:rsid w:val="00C1014D"/>
    <w:rsid w:val="00C71A5A"/>
    <w:rsid w:val="00CB0664"/>
    <w:rsid w:val="00D67A4A"/>
    <w:rsid w:val="00D67D60"/>
    <w:rsid w:val="00D82C4B"/>
    <w:rsid w:val="00DB6273"/>
    <w:rsid w:val="00E51DAC"/>
    <w:rsid w:val="00E86C4F"/>
    <w:rsid w:val="00EB4E36"/>
    <w:rsid w:val="00EC7C98"/>
    <w:rsid w:val="00F20BEB"/>
    <w:rsid w:val="00F244A9"/>
    <w:rsid w:val="00F7222C"/>
    <w:rsid w:val="00FC5042"/>
    <w:rsid w:val="00FC693F"/>
    <w:rsid w:val="00FD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99D50C"/>
  <w14:defaultImageDpi w14:val="300"/>
  <w15:docId w15:val="{A389A0B5-5FCC-4A5A-BF2B-F5A79072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F20BE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0BEB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D67A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sv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orldpopulationreview.com/country-rankings/european-union-countri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-aidesociale@iepg.fr" TargetMode="External"/><Relationship Id="rId1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1690</Words>
  <Characters>9299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10968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Morgane TIBERTI-MAMAN</cp:lastModifiedBy>
  <cp:revision>4</cp:revision>
  <cp:lastPrinted>2026-06-29T11:43:00Z</cp:lastPrinted>
  <dcterms:created xsi:type="dcterms:W3CDTF">2026-08-25T08:04:00Z</dcterms:created>
  <dcterms:modified xsi:type="dcterms:W3CDTF">2026-08-25T08:06:00Z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6cd93a35-7244-40d0-bec6-578ca7204444</vt:lpwstr>
  </property>
</Properties>
</file>